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80F75" w14:textId="77777777" w:rsidR="00717B4D" w:rsidRDefault="00717B4D" w:rsidP="00B63D45">
      <w:pPr>
        <w:spacing w:after="40"/>
        <w:rPr>
          <w:rFonts w:ascii="Verdana" w:hAnsi="Verdana"/>
          <w:b/>
          <w:sz w:val="20"/>
          <w:szCs w:val="20"/>
        </w:rPr>
      </w:pPr>
    </w:p>
    <w:p w14:paraId="1CCFEDA3" w14:textId="3B9E8604" w:rsidR="00851E81" w:rsidRPr="00F06EBD" w:rsidRDefault="006C4257">
      <w:pPr>
        <w:spacing w:after="40"/>
        <w:jc w:val="center"/>
        <w:rPr>
          <w:rFonts w:ascii="Verdana" w:hAnsi="Verdana"/>
          <w:sz w:val="20"/>
          <w:szCs w:val="20"/>
        </w:rPr>
      </w:pPr>
      <w:r w:rsidRPr="00F06EBD">
        <w:rPr>
          <w:rFonts w:ascii="Verdana" w:hAnsi="Verdana"/>
          <w:b/>
          <w:sz w:val="20"/>
          <w:szCs w:val="20"/>
        </w:rPr>
        <w:t>ŚWIETLICA ŚRODOWISKOWA „ŚWIETLIK”</w:t>
      </w:r>
    </w:p>
    <w:p w14:paraId="6FDC3A23" w14:textId="77777777" w:rsidR="00851E81" w:rsidRPr="00F06EBD" w:rsidRDefault="006C4257">
      <w:pPr>
        <w:spacing w:after="40"/>
        <w:jc w:val="center"/>
        <w:rPr>
          <w:rFonts w:ascii="Verdana" w:hAnsi="Verdana"/>
          <w:sz w:val="20"/>
          <w:szCs w:val="20"/>
        </w:rPr>
      </w:pPr>
      <w:r w:rsidRPr="00F06EBD">
        <w:rPr>
          <w:rFonts w:ascii="Verdana" w:hAnsi="Verdana"/>
          <w:b/>
          <w:sz w:val="20"/>
          <w:szCs w:val="20"/>
        </w:rPr>
        <w:t>KARTA ZGŁOSZENIA I KWALIFIKACJI UCZESTNIKA ZAJĘĆ</w:t>
      </w:r>
    </w:p>
    <w:p w14:paraId="6EAF4C32" w14:textId="77777777" w:rsidR="00851E81" w:rsidRPr="00F06EBD" w:rsidRDefault="006C4257">
      <w:pPr>
        <w:spacing w:after="240"/>
        <w:jc w:val="center"/>
        <w:rPr>
          <w:rFonts w:ascii="Verdana" w:hAnsi="Verdana"/>
          <w:sz w:val="20"/>
          <w:szCs w:val="20"/>
        </w:rPr>
      </w:pPr>
      <w:proofErr w:type="spellStart"/>
      <w:r w:rsidRPr="00F06EBD">
        <w:rPr>
          <w:rFonts w:ascii="Verdana" w:hAnsi="Verdana"/>
          <w:b/>
          <w:sz w:val="20"/>
          <w:szCs w:val="20"/>
        </w:rPr>
        <w:t>na</w:t>
      </w:r>
      <w:proofErr w:type="spellEnd"/>
      <w:r w:rsidRPr="00F06EBD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b/>
          <w:sz w:val="20"/>
          <w:szCs w:val="20"/>
        </w:rPr>
        <w:t>rok</w:t>
      </w:r>
      <w:proofErr w:type="spellEnd"/>
      <w:r w:rsidRPr="00F06EBD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b/>
          <w:sz w:val="20"/>
          <w:szCs w:val="20"/>
        </w:rPr>
        <w:t>szkolny</w:t>
      </w:r>
      <w:proofErr w:type="spellEnd"/>
      <w:r w:rsidRPr="00F06EBD">
        <w:rPr>
          <w:rFonts w:ascii="Verdana" w:hAnsi="Verdana"/>
          <w:b/>
          <w:sz w:val="20"/>
          <w:szCs w:val="20"/>
        </w:rPr>
        <w:t xml:space="preserve"> 2026/2027</w:t>
      </w:r>
    </w:p>
    <w:p w14:paraId="560B0130" w14:textId="33FEB3FE" w:rsidR="00851E81" w:rsidRPr="00F06EBD" w:rsidRDefault="006C4257">
      <w:pPr>
        <w:spacing w:after="240"/>
        <w:rPr>
          <w:rFonts w:ascii="Verdana" w:hAnsi="Verdana"/>
          <w:sz w:val="20"/>
          <w:szCs w:val="20"/>
        </w:rPr>
      </w:pPr>
      <w:proofErr w:type="spellStart"/>
      <w:r w:rsidRPr="00F06EBD">
        <w:rPr>
          <w:rFonts w:ascii="Verdana" w:hAnsi="Verdana"/>
          <w:i/>
          <w:sz w:val="20"/>
          <w:szCs w:val="20"/>
        </w:rPr>
        <w:t>Wypełnienie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niniejszej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karty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jest </w:t>
      </w:r>
      <w:proofErr w:type="spellStart"/>
      <w:r w:rsidRPr="00F06EBD">
        <w:rPr>
          <w:rFonts w:ascii="Verdana" w:hAnsi="Verdana"/>
          <w:i/>
          <w:sz w:val="20"/>
          <w:szCs w:val="20"/>
        </w:rPr>
        <w:t>podstawą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do </w:t>
      </w:r>
      <w:proofErr w:type="spellStart"/>
      <w:r w:rsidRPr="00F06EBD">
        <w:rPr>
          <w:rFonts w:ascii="Verdana" w:hAnsi="Verdana"/>
          <w:i/>
          <w:sz w:val="20"/>
          <w:szCs w:val="20"/>
        </w:rPr>
        <w:t>udziału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dziecka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w </w:t>
      </w:r>
      <w:proofErr w:type="spellStart"/>
      <w:r w:rsidRPr="00F06EBD">
        <w:rPr>
          <w:rFonts w:ascii="Verdana" w:hAnsi="Verdana"/>
          <w:i/>
          <w:sz w:val="20"/>
          <w:szCs w:val="20"/>
        </w:rPr>
        <w:t>rekrutacji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i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zajęciach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opiekuńczo-wychowawczych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Świetlicy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Środowiskowej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„</w:t>
      </w:r>
      <w:proofErr w:type="spellStart"/>
      <w:r w:rsidRPr="00F06EBD">
        <w:rPr>
          <w:rFonts w:ascii="Verdana" w:hAnsi="Verdana"/>
          <w:i/>
          <w:sz w:val="20"/>
          <w:szCs w:val="20"/>
        </w:rPr>
        <w:t>Świetlik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” w </w:t>
      </w:r>
      <w:proofErr w:type="spellStart"/>
      <w:r w:rsidRPr="00F06EBD">
        <w:rPr>
          <w:rFonts w:ascii="Verdana" w:hAnsi="Verdana"/>
          <w:i/>
          <w:sz w:val="20"/>
          <w:szCs w:val="20"/>
        </w:rPr>
        <w:t>Rybiu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oraz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jej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Filii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r w:rsidR="008D7628">
        <w:rPr>
          <w:rFonts w:ascii="Verdana" w:hAnsi="Verdana"/>
          <w:i/>
          <w:sz w:val="20"/>
          <w:szCs w:val="20"/>
        </w:rPr>
        <w:t>“</w:t>
      </w:r>
      <w:proofErr w:type="spellStart"/>
      <w:r w:rsidR="008D7628">
        <w:rPr>
          <w:rFonts w:ascii="Verdana" w:hAnsi="Verdana"/>
          <w:i/>
          <w:sz w:val="20"/>
          <w:szCs w:val="20"/>
        </w:rPr>
        <w:t>Groszek</w:t>
      </w:r>
      <w:proofErr w:type="spellEnd"/>
      <w:r w:rsidR="008D7628">
        <w:rPr>
          <w:rFonts w:ascii="Verdana" w:hAnsi="Verdana"/>
          <w:i/>
          <w:sz w:val="20"/>
          <w:szCs w:val="20"/>
        </w:rPr>
        <w:t xml:space="preserve">” </w:t>
      </w:r>
      <w:r w:rsidRPr="00F06EBD">
        <w:rPr>
          <w:rFonts w:ascii="Verdana" w:hAnsi="Verdana"/>
          <w:i/>
          <w:sz w:val="20"/>
          <w:szCs w:val="20"/>
        </w:rPr>
        <w:t xml:space="preserve">w </w:t>
      </w:r>
      <w:proofErr w:type="spellStart"/>
      <w:r w:rsidRPr="00F06EBD">
        <w:rPr>
          <w:rFonts w:ascii="Verdana" w:hAnsi="Verdana"/>
          <w:i/>
          <w:sz w:val="20"/>
          <w:szCs w:val="20"/>
        </w:rPr>
        <w:t>Nowych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Grocholicach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. Dane w </w:t>
      </w:r>
      <w:proofErr w:type="spellStart"/>
      <w:r w:rsidRPr="00F06EBD">
        <w:rPr>
          <w:rFonts w:ascii="Verdana" w:hAnsi="Verdana"/>
          <w:i/>
          <w:sz w:val="20"/>
          <w:szCs w:val="20"/>
        </w:rPr>
        <w:t>sekcji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IV </w:t>
      </w:r>
      <w:proofErr w:type="spellStart"/>
      <w:r w:rsidRPr="00F06EBD">
        <w:rPr>
          <w:rFonts w:ascii="Verdana" w:hAnsi="Verdana"/>
          <w:i/>
          <w:sz w:val="20"/>
          <w:szCs w:val="20"/>
        </w:rPr>
        <w:t>służą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wyłonieniu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dzieci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w </w:t>
      </w:r>
      <w:proofErr w:type="spellStart"/>
      <w:r w:rsidRPr="00F06EBD">
        <w:rPr>
          <w:rFonts w:ascii="Verdana" w:hAnsi="Verdana"/>
          <w:i/>
          <w:sz w:val="20"/>
          <w:szCs w:val="20"/>
        </w:rPr>
        <w:t>najtrudniejszej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sytuacji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życiowej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i/>
          <w:sz w:val="20"/>
          <w:szCs w:val="20"/>
        </w:rPr>
        <w:t>zgodnie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z § 5 </w:t>
      </w:r>
      <w:proofErr w:type="spellStart"/>
      <w:r w:rsidRPr="00F06EBD">
        <w:rPr>
          <w:rFonts w:ascii="Verdana" w:hAnsi="Verdana"/>
          <w:i/>
          <w:sz w:val="20"/>
          <w:szCs w:val="20"/>
        </w:rPr>
        <w:t>ust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. 4 </w:t>
      </w:r>
      <w:proofErr w:type="spellStart"/>
      <w:r w:rsidRPr="00F06EBD">
        <w:rPr>
          <w:rFonts w:ascii="Verdana" w:hAnsi="Verdana"/>
          <w:i/>
          <w:sz w:val="20"/>
          <w:szCs w:val="20"/>
        </w:rPr>
        <w:t>Regulaminu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Organizacyjnego</w:t>
      </w:r>
      <w:proofErr w:type="spellEnd"/>
      <w:r w:rsidRPr="00F06EBD">
        <w:rPr>
          <w:rFonts w:ascii="Verdana" w:hAnsi="Verdana"/>
          <w:i/>
          <w:sz w:val="20"/>
          <w:szCs w:val="20"/>
        </w:rPr>
        <w:t>.</w:t>
      </w:r>
    </w:p>
    <w:p w14:paraId="7F398558" w14:textId="77777777" w:rsidR="00851E81" w:rsidRPr="00F06EBD" w:rsidRDefault="006C4257">
      <w:pPr>
        <w:spacing w:before="240" w:after="120"/>
        <w:rPr>
          <w:rFonts w:ascii="Verdana" w:hAnsi="Verdana"/>
          <w:sz w:val="20"/>
          <w:szCs w:val="20"/>
        </w:rPr>
      </w:pPr>
      <w:r w:rsidRPr="00F06EBD">
        <w:rPr>
          <w:rFonts w:ascii="Verdana" w:hAnsi="Verdana"/>
          <w:b/>
          <w:sz w:val="20"/>
          <w:szCs w:val="20"/>
        </w:rPr>
        <w:t>I. DANE OSOBOWE DZIECKA (WYCHOWANKA)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851E81" w:rsidRPr="00F06EBD" w14:paraId="71F80B66" w14:textId="77777777">
        <w:tc>
          <w:tcPr>
            <w:tcW w:w="31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BD8B49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Imię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i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nazwisko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dziecka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99C4AB" w14:textId="77777777" w:rsidR="00DD1137" w:rsidRDefault="00DD1137">
            <w:pPr>
              <w:rPr>
                <w:rFonts w:ascii="Verdana" w:hAnsi="Verdana"/>
                <w:sz w:val="20"/>
                <w:szCs w:val="20"/>
              </w:rPr>
            </w:pPr>
          </w:p>
          <w:p w14:paraId="09063ADF" w14:textId="6B47A352" w:rsidR="0002354E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</w:t>
            </w:r>
            <w:r w:rsidR="0002354E">
              <w:rPr>
                <w:rFonts w:ascii="Verdana" w:hAnsi="Verdana"/>
                <w:sz w:val="20"/>
                <w:szCs w:val="20"/>
              </w:rPr>
              <w:t>.</w:t>
            </w:r>
            <w:r w:rsidRPr="00F06EBD">
              <w:rPr>
                <w:rFonts w:ascii="Verdana" w:hAnsi="Verdana"/>
                <w:sz w:val="20"/>
                <w:szCs w:val="20"/>
              </w:rPr>
              <w:t>..</w:t>
            </w:r>
            <w:r w:rsidR="00DD1137">
              <w:rPr>
                <w:rFonts w:ascii="Verdana" w:hAnsi="Verdana"/>
                <w:sz w:val="20"/>
                <w:szCs w:val="20"/>
              </w:rPr>
              <w:t>...</w:t>
            </w:r>
          </w:p>
          <w:p w14:paraId="25CBB6AA" w14:textId="49F586F8" w:rsidR="0002354E" w:rsidRDefault="0002354E">
            <w:pPr>
              <w:rPr>
                <w:rFonts w:ascii="Verdana" w:hAnsi="Verdana"/>
                <w:sz w:val="20"/>
                <w:szCs w:val="20"/>
              </w:rPr>
            </w:pPr>
          </w:p>
          <w:p w14:paraId="6E955558" w14:textId="2B73899F" w:rsidR="0002354E" w:rsidRPr="00F06EBD" w:rsidRDefault="0002354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……………………………………………………………………………………………………..</w:t>
            </w:r>
          </w:p>
        </w:tc>
      </w:tr>
      <w:tr w:rsidR="00851E81" w:rsidRPr="00F06EBD" w14:paraId="734F857F" w14:textId="77777777">
        <w:tc>
          <w:tcPr>
            <w:tcW w:w="31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DA40C3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Data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i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miejsce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urodzenia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, PESEL: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F41AF3" w14:textId="77777777" w:rsidR="003355A9" w:rsidRDefault="003355A9">
            <w:pPr>
              <w:rPr>
                <w:rFonts w:ascii="Verdana" w:hAnsi="Verdana"/>
                <w:sz w:val="20"/>
                <w:szCs w:val="20"/>
              </w:rPr>
            </w:pPr>
          </w:p>
          <w:p w14:paraId="7963C72B" w14:textId="77777777" w:rsidR="00B63D45" w:rsidRDefault="003355A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</w:t>
            </w:r>
            <w:r w:rsidR="006C4257" w:rsidRPr="00F06EBD">
              <w:rPr>
                <w:rFonts w:ascii="Verdana" w:hAnsi="Verdana"/>
                <w:sz w:val="20"/>
                <w:szCs w:val="20"/>
              </w:rPr>
              <w:t>............................</w:t>
            </w:r>
            <w:r w:rsidR="0002354E">
              <w:rPr>
                <w:rFonts w:ascii="Verdana" w:hAnsi="Verdana"/>
                <w:sz w:val="20"/>
                <w:szCs w:val="20"/>
              </w:rPr>
              <w:t>.</w:t>
            </w:r>
          </w:p>
          <w:p w14:paraId="45C08259" w14:textId="77777777" w:rsidR="00B63D45" w:rsidRDefault="00B63D45">
            <w:pPr>
              <w:rPr>
                <w:rFonts w:ascii="Verdana" w:hAnsi="Verdana"/>
                <w:sz w:val="20"/>
                <w:szCs w:val="20"/>
              </w:rPr>
            </w:pPr>
          </w:p>
          <w:p w14:paraId="76F36AA7" w14:textId="03DCB961" w:rsidR="0002354E" w:rsidRPr="00F06EBD" w:rsidRDefault="0002354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.......................................................................................</w:t>
            </w:r>
            <w:r w:rsidR="006C4257" w:rsidRPr="00F06EBD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851E81" w:rsidRPr="00F06EBD" w14:paraId="459BBA7C" w14:textId="77777777">
        <w:tc>
          <w:tcPr>
            <w:tcW w:w="31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C14AA7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Adres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zamieszkania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dziecka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7EFDC9" w14:textId="77777777" w:rsidR="00DD1137" w:rsidRDefault="00DD1137">
            <w:pPr>
              <w:rPr>
                <w:rFonts w:ascii="Verdana" w:hAnsi="Verdana"/>
                <w:sz w:val="20"/>
                <w:szCs w:val="20"/>
              </w:rPr>
            </w:pPr>
          </w:p>
          <w:p w14:paraId="4E6B6433" w14:textId="77777777" w:rsidR="00B63D45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....................................................................................</w:t>
            </w:r>
            <w:r w:rsidR="003355A9">
              <w:rPr>
                <w:rFonts w:ascii="Verdana" w:hAnsi="Verdana"/>
                <w:sz w:val="20"/>
                <w:szCs w:val="20"/>
              </w:rPr>
              <w:t>....</w:t>
            </w:r>
          </w:p>
          <w:p w14:paraId="7329D489" w14:textId="77777777" w:rsidR="00B63D45" w:rsidRDefault="00B63D45">
            <w:pPr>
              <w:rPr>
                <w:rFonts w:ascii="Verdana" w:hAnsi="Verdana"/>
                <w:sz w:val="20"/>
                <w:szCs w:val="20"/>
              </w:rPr>
            </w:pPr>
          </w:p>
          <w:p w14:paraId="2E59C9B4" w14:textId="08EFD0CC" w:rsidR="0002354E" w:rsidRPr="00F06EBD" w:rsidRDefault="00B63D4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851E81" w:rsidRPr="00F06EBD" w14:paraId="526F2C41" w14:textId="77777777">
        <w:tc>
          <w:tcPr>
            <w:tcW w:w="31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4DF474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Szkoła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,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klasa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(w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roku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szkolnym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2026/2027):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DB302D" w14:textId="77777777" w:rsidR="003355A9" w:rsidRDefault="003355A9">
            <w:pPr>
              <w:rPr>
                <w:rFonts w:ascii="Verdana" w:hAnsi="Verdana"/>
                <w:sz w:val="20"/>
                <w:szCs w:val="20"/>
              </w:rPr>
            </w:pPr>
          </w:p>
          <w:p w14:paraId="2EA02D90" w14:textId="77777777" w:rsidR="00B63D45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....................................................................................</w:t>
            </w:r>
            <w:r w:rsidR="003355A9">
              <w:rPr>
                <w:rFonts w:ascii="Verdana" w:hAnsi="Verdana"/>
                <w:sz w:val="20"/>
                <w:szCs w:val="20"/>
              </w:rPr>
              <w:t>....</w:t>
            </w:r>
          </w:p>
          <w:p w14:paraId="7F6F9CAB" w14:textId="77777777" w:rsidR="00B63D45" w:rsidRDefault="00B63D45">
            <w:pPr>
              <w:rPr>
                <w:rFonts w:ascii="Verdana" w:hAnsi="Verdana"/>
                <w:sz w:val="20"/>
                <w:szCs w:val="20"/>
              </w:rPr>
            </w:pPr>
          </w:p>
          <w:p w14:paraId="03A7AB9C" w14:textId="5200B013" w:rsidR="0002354E" w:rsidRPr="00F06EBD" w:rsidRDefault="00B63D4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</w:tbl>
    <w:p w14:paraId="0E01AD5F" w14:textId="77777777" w:rsidR="00851E81" w:rsidRPr="00F06EBD" w:rsidRDefault="006C4257">
      <w:pPr>
        <w:spacing w:before="240" w:after="120"/>
        <w:rPr>
          <w:rFonts w:ascii="Verdana" w:hAnsi="Verdana"/>
          <w:sz w:val="20"/>
          <w:szCs w:val="20"/>
        </w:rPr>
      </w:pPr>
      <w:r w:rsidRPr="00F06EBD">
        <w:rPr>
          <w:rFonts w:ascii="Verdana" w:hAnsi="Verdana"/>
          <w:b/>
          <w:sz w:val="20"/>
          <w:szCs w:val="20"/>
        </w:rPr>
        <w:t>II. DANE KONTAKTOWE RODZICÓW / OPIEKUNÓW PRAWNYCH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6336"/>
      </w:tblGrid>
      <w:tr w:rsidR="00851E81" w:rsidRPr="00F06EBD" w14:paraId="4B64315D" w14:textId="77777777"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64D20D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Imię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i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nazwisko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Matki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/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Opiekunki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, nr tel.:</w:t>
            </w:r>
          </w:p>
        </w:tc>
        <w:tc>
          <w:tcPr>
            <w:tcW w:w="63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31A947" w14:textId="77777777" w:rsidR="003355A9" w:rsidRDefault="003355A9">
            <w:pPr>
              <w:rPr>
                <w:rFonts w:ascii="Verdana" w:hAnsi="Verdana"/>
                <w:sz w:val="20"/>
                <w:szCs w:val="20"/>
              </w:rPr>
            </w:pPr>
          </w:p>
          <w:p w14:paraId="770D8B29" w14:textId="77777777" w:rsidR="00B63D45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............................................................................</w:t>
            </w:r>
            <w:r w:rsidR="003355A9">
              <w:rPr>
                <w:rFonts w:ascii="Verdana" w:hAnsi="Verdana"/>
                <w:sz w:val="20"/>
                <w:szCs w:val="20"/>
              </w:rPr>
              <w:t>.....</w:t>
            </w:r>
            <w:r w:rsidR="00B63D45">
              <w:rPr>
                <w:rFonts w:ascii="Verdana" w:hAnsi="Verdana"/>
                <w:sz w:val="20"/>
                <w:szCs w:val="20"/>
              </w:rPr>
              <w:t>.</w:t>
            </w:r>
          </w:p>
          <w:p w14:paraId="766828F7" w14:textId="77777777" w:rsidR="00B63D45" w:rsidRDefault="00B63D45">
            <w:pPr>
              <w:rPr>
                <w:rFonts w:ascii="Verdana" w:hAnsi="Verdana"/>
                <w:sz w:val="20"/>
                <w:szCs w:val="20"/>
              </w:rPr>
            </w:pPr>
          </w:p>
          <w:p w14:paraId="43DB33EF" w14:textId="5DA0A1B3" w:rsidR="003355A9" w:rsidRPr="00F06EBD" w:rsidRDefault="00B63D4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</w:t>
            </w:r>
          </w:p>
        </w:tc>
      </w:tr>
      <w:tr w:rsidR="00851E81" w:rsidRPr="00F06EBD" w14:paraId="6FDBC31B" w14:textId="77777777"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C698F2" w14:textId="12A07044" w:rsidR="003355A9" w:rsidRPr="003355A9" w:rsidRDefault="006C4257">
            <w:pPr>
              <w:rPr>
                <w:rFonts w:ascii="Verdana" w:hAnsi="Verdana"/>
                <w:b/>
                <w:sz w:val="20"/>
                <w:szCs w:val="20"/>
              </w:rPr>
            </w:pPr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E-mail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Matki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/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Opiekunki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,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adres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zamieszkania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  <w:tc>
          <w:tcPr>
            <w:tcW w:w="63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B1E409" w14:textId="77777777" w:rsidR="003355A9" w:rsidRDefault="003355A9">
            <w:pPr>
              <w:rPr>
                <w:rFonts w:ascii="Verdana" w:hAnsi="Verdana"/>
                <w:sz w:val="20"/>
                <w:szCs w:val="20"/>
              </w:rPr>
            </w:pPr>
          </w:p>
          <w:p w14:paraId="6DBCB29C" w14:textId="77777777" w:rsidR="00B63D45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............................................................................</w:t>
            </w:r>
            <w:r w:rsidR="003355A9">
              <w:rPr>
                <w:rFonts w:ascii="Verdana" w:hAnsi="Verdana"/>
                <w:sz w:val="20"/>
                <w:szCs w:val="20"/>
              </w:rPr>
              <w:t>......</w:t>
            </w:r>
          </w:p>
          <w:p w14:paraId="2129284D" w14:textId="77777777" w:rsidR="00B63D45" w:rsidRDefault="00B63D45">
            <w:pPr>
              <w:rPr>
                <w:rFonts w:ascii="Verdana" w:hAnsi="Verdana"/>
                <w:sz w:val="20"/>
                <w:szCs w:val="20"/>
              </w:rPr>
            </w:pPr>
          </w:p>
          <w:p w14:paraId="26E665CA" w14:textId="7B1CF67E" w:rsidR="0002354E" w:rsidRPr="00F06EBD" w:rsidRDefault="00B63D4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</w:t>
            </w:r>
          </w:p>
        </w:tc>
      </w:tr>
      <w:tr w:rsidR="00851E81" w:rsidRPr="00F06EBD" w14:paraId="49F7E11A" w14:textId="77777777"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D8E302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Imię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i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nazwisko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Ojca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/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Opiekuna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, nr tel.:</w:t>
            </w:r>
          </w:p>
        </w:tc>
        <w:tc>
          <w:tcPr>
            <w:tcW w:w="63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C70DA2" w14:textId="77777777" w:rsidR="003355A9" w:rsidRDefault="003355A9">
            <w:pPr>
              <w:rPr>
                <w:rFonts w:ascii="Verdana" w:hAnsi="Verdana"/>
                <w:sz w:val="20"/>
                <w:szCs w:val="20"/>
              </w:rPr>
            </w:pPr>
          </w:p>
          <w:p w14:paraId="59C11A29" w14:textId="77777777" w:rsidR="00B63D45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</w:t>
            </w:r>
            <w:r w:rsidR="00B63D45">
              <w:rPr>
                <w:rFonts w:ascii="Verdana" w:hAnsi="Verdana"/>
                <w:sz w:val="20"/>
                <w:szCs w:val="20"/>
              </w:rPr>
              <w:t>.</w:t>
            </w:r>
          </w:p>
          <w:p w14:paraId="321CA7C3" w14:textId="77777777" w:rsidR="00B63D45" w:rsidRDefault="00B63D45">
            <w:pPr>
              <w:rPr>
                <w:rFonts w:ascii="Verdana" w:hAnsi="Verdana"/>
                <w:sz w:val="20"/>
                <w:szCs w:val="20"/>
              </w:rPr>
            </w:pPr>
          </w:p>
          <w:p w14:paraId="0789BBD7" w14:textId="60157454" w:rsidR="00851E81" w:rsidRPr="00F06EBD" w:rsidRDefault="00B63D4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</w:t>
            </w:r>
          </w:p>
        </w:tc>
      </w:tr>
      <w:tr w:rsidR="00851E81" w:rsidRPr="00F06EBD" w14:paraId="2E872A27" w14:textId="77777777"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836C8D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E-mail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Ojca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/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Opiekuna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,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adres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b/>
                <w:sz w:val="20"/>
                <w:szCs w:val="20"/>
              </w:rPr>
              <w:t>zamieszkania</w:t>
            </w:r>
            <w:proofErr w:type="spellEnd"/>
            <w:r w:rsidRPr="00F06EBD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  <w:tc>
          <w:tcPr>
            <w:tcW w:w="63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FD22BA" w14:textId="77777777" w:rsidR="003355A9" w:rsidRDefault="003355A9">
            <w:pPr>
              <w:rPr>
                <w:rFonts w:ascii="Verdana" w:hAnsi="Verdana"/>
                <w:sz w:val="20"/>
                <w:szCs w:val="20"/>
              </w:rPr>
            </w:pPr>
          </w:p>
          <w:p w14:paraId="2DA62209" w14:textId="77777777" w:rsidR="00B63D45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............................................................................</w:t>
            </w:r>
            <w:r w:rsidR="003355A9">
              <w:rPr>
                <w:rFonts w:ascii="Verdana" w:hAnsi="Verdana"/>
                <w:sz w:val="20"/>
                <w:szCs w:val="20"/>
              </w:rPr>
              <w:t>......</w:t>
            </w:r>
          </w:p>
          <w:p w14:paraId="67DD56C3" w14:textId="77777777" w:rsidR="00B63D45" w:rsidRDefault="00B63D45">
            <w:pPr>
              <w:rPr>
                <w:rFonts w:ascii="Verdana" w:hAnsi="Verdana"/>
                <w:sz w:val="20"/>
                <w:szCs w:val="20"/>
              </w:rPr>
            </w:pPr>
          </w:p>
          <w:p w14:paraId="5DE82959" w14:textId="597490A1" w:rsidR="00851E81" w:rsidRPr="00F06EBD" w:rsidRDefault="00B63D4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</w:t>
            </w:r>
          </w:p>
        </w:tc>
      </w:tr>
    </w:tbl>
    <w:p w14:paraId="5CC896AD" w14:textId="77777777" w:rsidR="00B63D45" w:rsidRDefault="00B63D45">
      <w:pPr>
        <w:spacing w:before="240" w:after="120"/>
        <w:rPr>
          <w:rFonts w:ascii="Verdana" w:hAnsi="Verdana"/>
          <w:b/>
          <w:sz w:val="20"/>
          <w:szCs w:val="20"/>
        </w:rPr>
      </w:pPr>
    </w:p>
    <w:p w14:paraId="1268E673" w14:textId="315674B8" w:rsidR="00851E81" w:rsidRPr="00F06EBD" w:rsidRDefault="006C4257">
      <w:pPr>
        <w:spacing w:before="240" w:after="120"/>
        <w:rPr>
          <w:rFonts w:ascii="Verdana" w:hAnsi="Verdana"/>
          <w:sz w:val="20"/>
          <w:szCs w:val="20"/>
        </w:rPr>
      </w:pPr>
      <w:r w:rsidRPr="00F06EBD">
        <w:rPr>
          <w:rFonts w:ascii="Verdana" w:hAnsi="Verdana"/>
          <w:b/>
          <w:sz w:val="20"/>
          <w:szCs w:val="20"/>
        </w:rPr>
        <w:t>III. PLANOWANE DNI I GODZINY POBYTU DZIECKA W ŚWIETLICY</w:t>
      </w:r>
    </w:p>
    <w:p w14:paraId="15B17088" w14:textId="77777777" w:rsidR="00B63D45" w:rsidRDefault="006C4257">
      <w:pPr>
        <w:spacing w:after="240"/>
        <w:rPr>
          <w:rFonts w:ascii="Verdana" w:hAnsi="Verdana"/>
          <w:sz w:val="20"/>
          <w:szCs w:val="20"/>
        </w:rPr>
      </w:pPr>
      <w:proofErr w:type="spellStart"/>
      <w:r w:rsidRPr="00F06EBD">
        <w:rPr>
          <w:rFonts w:ascii="Verdana" w:hAnsi="Verdana"/>
          <w:sz w:val="20"/>
          <w:szCs w:val="20"/>
        </w:rPr>
        <w:t>Proszę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wpisać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orientacyjne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godziny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pobytu</w:t>
      </w:r>
      <w:proofErr w:type="spellEnd"/>
      <w:r w:rsidRPr="00F06EBD">
        <w:rPr>
          <w:rFonts w:ascii="Verdana" w:hAnsi="Verdana"/>
          <w:sz w:val="20"/>
          <w:szCs w:val="20"/>
        </w:rPr>
        <w:t xml:space="preserve"> (np. 14:00 - 18:00):</w:t>
      </w:r>
    </w:p>
    <w:p w14:paraId="77F472D4" w14:textId="50C708D0" w:rsidR="00DE7CB9" w:rsidRPr="00DE7CB9" w:rsidRDefault="006C4257">
      <w:pPr>
        <w:spacing w:after="240"/>
        <w:rPr>
          <w:rFonts w:ascii="Verdana" w:hAnsi="Verdana"/>
          <w:sz w:val="20"/>
          <w:szCs w:val="20"/>
        </w:rPr>
      </w:pPr>
      <w:r w:rsidRPr="003355A9">
        <w:rPr>
          <w:rFonts w:ascii="Verdana" w:hAnsi="Verdana"/>
          <w:sz w:val="6"/>
          <w:szCs w:val="6"/>
        </w:rPr>
        <w:br/>
      </w:r>
      <w:proofErr w:type="spellStart"/>
      <w:r w:rsidRPr="003355A9">
        <w:rPr>
          <w:rFonts w:ascii="Verdana" w:hAnsi="Verdana"/>
          <w:sz w:val="18"/>
          <w:szCs w:val="18"/>
        </w:rPr>
        <w:t>Poniedziałek</w:t>
      </w:r>
      <w:proofErr w:type="spellEnd"/>
      <w:r w:rsidRPr="003355A9">
        <w:rPr>
          <w:rFonts w:ascii="Verdana" w:hAnsi="Verdana"/>
          <w:sz w:val="18"/>
          <w:szCs w:val="18"/>
        </w:rPr>
        <w:t>: .............</w:t>
      </w:r>
      <w:r w:rsidR="003355A9" w:rsidRPr="003355A9">
        <w:rPr>
          <w:rFonts w:ascii="Verdana" w:hAnsi="Verdana"/>
          <w:sz w:val="18"/>
          <w:szCs w:val="18"/>
        </w:rPr>
        <w:t xml:space="preserve">....... </w:t>
      </w:r>
      <w:proofErr w:type="spellStart"/>
      <w:r w:rsidR="003355A9" w:rsidRPr="003355A9">
        <w:rPr>
          <w:rFonts w:ascii="Verdana" w:hAnsi="Verdana"/>
          <w:sz w:val="18"/>
          <w:szCs w:val="18"/>
        </w:rPr>
        <w:t>Wtorek</w:t>
      </w:r>
      <w:proofErr w:type="spellEnd"/>
      <w:r w:rsidR="003355A9" w:rsidRPr="003355A9">
        <w:rPr>
          <w:rFonts w:ascii="Verdana" w:hAnsi="Verdana"/>
          <w:sz w:val="18"/>
          <w:szCs w:val="18"/>
        </w:rPr>
        <w:t>: ...........</w:t>
      </w:r>
      <w:r w:rsidR="003355A9">
        <w:rPr>
          <w:rFonts w:ascii="Verdana" w:hAnsi="Verdana"/>
          <w:sz w:val="18"/>
          <w:szCs w:val="18"/>
        </w:rPr>
        <w:t>.....</w:t>
      </w:r>
      <w:r w:rsidR="003355A9" w:rsidRPr="003355A9">
        <w:rPr>
          <w:rFonts w:ascii="Verdana" w:hAnsi="Verdana"/>
          <w:sz w:val="18"/>
          <w:szCs w:val="18"/>
        </w:rPr>
        <w:t xml:space="preserve">......... </w:t>
      </w:r>
      <w:proofErr w:type="spellStart"/>
      <w:r w:rsidR="003355A9" w:rsidRPr="003355A9">
        <w:rPr>
          <w:rFonts w:ascii="Verdana" w:hAnsi="Verdana"/>
          <w:sz w:val="18"/>
          <w:szCs w:val="18"/>
        </w:rPr>
        <w:t>Środa</w:t>
      </w:r>
      <w:proofErr w:type="spellEnd"/>
      <w:r w:rsidR="003355A9" w:rsidRPr="003355A9">
        <w:rPr>
          <w:rFonts w:ascii="Verdana" w:hAnsi="Verdana"/>
          <w:sz w:val="18"/>
          <w:szCs w:val="18"/>
        </w:rPr>
        <w:t>: .............</w:t>
      </w:r>
      <w:r w:rsidR="003355A9">
        <w:rPr>
          <w:rFonts w:ascii="Verdana" w:hAnsi="Verdana"/>
          <w:sz w:val="18"/>
          <w:szCs w:val="18"/>
        </w:rPr>
        <w:t>.......</w:t>
      </w:r>
      <w:r w:rsidR="003355A9" w:rsidRPr="003355A9">
        <w:rPr>
          <w:rFonts w:ascii="Verdana" w:hAnsi="Verdana"/>
          <w:sz w:val="18"/>
          <w:szCs w:val="18"/>
        </w:rPr>
        <w:t xml:space="preserve">....... </w:t>
      </w:r>
    </w:p>
    <w:p w14:paraId="5D5D79CE" w14:textId="58DFD043" w:rsidR="00851E81" w:rsidRPr="00DE7CB9" w:rsidRDefault="003355A9">
      <w:pPr>
        <w:spacing w:after="240"/>
        <w:rPr>
          <w:rFonts w:ascii="Verdana" w:hAnsi="Verdana"/>
          <w:sz w:val="18"/>
          <w:szCs w:val="18"/>
        </w:rPr>
      </w:pPr>
      <w:proofErr w:type="spellStart"/>
      <w:r w:rsidRPr="003355A9">
        <w:rPr>
          <w:rFonts w:ascii="Verdana" w:hAnsi="Verdana"/>
          <w:sz w:val="18"/>
          <w:szCs w:val="18"/>
        </w:rPr>
        <w:t>Czwartek</w:t>
      </w:r>
      <w:proofErr w:type="spellEnd"/>
      <w:r w:rsidRPr="003355A9">
        <w:rPr>
          <w:rFonts w:ascii="Verdana" w:hAnsi="Verdana"/>
          <w:sz w:val="18"/>
          <w:szCs w:val="18"/>
        </w:rPr>
        <w:t>: ..........</w:t>
      </w:r>
      <w:r>
        <w:rPr>
          <w:rFonts w:ascii="Verdana" w:hAnsi="Verdana"/>
          <w:sz w:val="18"/>
          <w:szCs w:val="18"/>
        </w:rPr>
        <w:t>..</w:t>
      </w:r>
      <w:r w:rsidRPr="003355A9">
        <w:rPr>
          <w:rFonts w:ascii="Verdana" w:hAnsi="Verdana"/>
          <w:sz w:val="18"/>
          <w:szCs w:val="18"/>
        </w:rPr>
        <w:t xml:space="preserve">.......... </w:t>
      </w:r>
      <w:proofErr w:type="spellStart"/>
      <w:r w:rsidR="006C4257" w:rsidRPr="003355A9">
        <w:rPr>
          <w:rFonts w:ascii="Verdana" w:hAnsi="Verdana"/>
          <w:sz w:val="18"/>
          <w:szCs w:val="18"/>
        </w:rPr>
        <w:t>Piątek</w:t>
      </w:r>
      <w:proofErr w:type="spellEnd"/>
      <w:r w:rsidR="006C4257" w:rsidRPr="003355A9">
        <w:rPr>
          <w:rFonts w:ascii="Verdana" w:hAnsi="Verdana"/>
          <w:sz w:val="18"/>
          <w:szCs w:val="18"/>
        </w:rPr>
        <w:t>: .........</w:t>
      </w:r>
      <w:r w:rsidR="00DE7CB9">
        <w:rPr>
          <w:rFonts w:ascii="Verdana" w:hAnsi="Verdana"/>
          <w:sz w:val="18"/>
          <w:szCs w:val="18"/>
        </w:rPr>
        <w:t>..</w:t>
      </w:r>
      <w:r w:rsidR="006C4257" w:rsidRPr="003355A9">
        <w:rPr>
          <w:rFonts w:ascii="Verdana" w:hAnsi="Verdana"/>
          <w:sz w:val="18"/>
          <w:szCs w:val="18"/>
        </w:rPr>
        <w:t>...</w:t>
      </w:r>
      <w:r>
        <w:rPr>
          <w:rFonts w:ascii="Verdana" w:hAnsi="Verdana"/>
          <w:sz w:val="18"/>
          <w:szCs w:val="18"/>
        </w:rPr>
        <w:t>......</w:t>
      </w:r>
      <w:r w:rsidR="006C4257" w:rsidRPr="003355A9">
        <w:rPr>
          <w:rFonts w:ascii="Verdana" w:hAnsi="Verdana"/>
          <w:sz w:val="18"/>
          <w:szCs w:val="18"/>
        </w:rPr>
        <w:t>........</w:t>
      </w:r>
    </w:p>
    <w:p w14:paraId="6616BE3B" w14:textId="642BF54E" w:rsidR="00851E81" w:rsidRPr="00F06EBD" w:rsidRDefault="006C4257">
      <w:pPr>
        <w:spacing w:before="240" w:after="120"/>
        <w:rPr>
          <w:rFonts w:ascii="Verdana" w:hAnsi="Verdana"/>
          <w:sz w:val="20"/>
          <w:szCs w:val="20"/>
        </w:rPr>
      </w:pPr>
      <w:r w:rsidRPr="00F06EBD">
        <w:rPr>
          <w:rFonts w:ascii="Verdana" w:hAnsi="Verdana"/>
          <w:b/>
          <w:sz w:val="20"/>
          <w:szCs w:val="20"/>
        </w:rPr>
        <w:t>IV. DODATKOWE KRYTERIA REKRUTACJI (</w:t>
      </w:r>
      <w:proofErr w:type="spellStart"/>
      <w:r w:rsidRPr="00F06EBD">
        <w:rPr>
          <w:rFonts w:ascii="Verdana" w:hAnsi="Verdana"/>
          <w:b/>
          <w:sz w:val="20"/>
          <w:szCs w:val="20"/>
        </w:rPr>
        <w:t>Sekcja</w:t>
      </w:r>
      <w:proofErr w:type="spellEnd"/>
      <w:r w:rsidRPr="00F06EBD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b/>
          <w:sz w:val="20"/>
          <w:szCs w:val="20"/>
        </w:rPr>
        <w:t>nieobowiązkowa</w:t>
      </w:r>
      <w:proofErr w:type="spellEnd"/>
      <w:r w:rsidRPr="00F06EBD">
        <w:rPr>
          <w:rFonts w:ascii="Verdana" w:hAnsi="Verdana"/>
          <w:b/>
          <w:sz w:val="20"/>
          <w:szCs w:val="20"/>
        </w:rPr>
        <w:t xml:space="preserve"> – </w:t>
      </w:r>
      <w:proofErr w:type="spellStart"/>
      <w:r w:rsidRPr="00F06EBD">
        <w:rPr>
          <w:rFonts w:ascii="Verdana" w:hAnsi="Verdana"/>
          <w:b/>
          <w:sz w:val="20"/>
          <w:szCs w:val="20"/>
        </w:rPr>
        <w:t>wypełnienie</w:t>
      </w:r>
      <w:proofErr w:type="spellEnd"/>
      <w:r w:rsidR="008D7628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8D7628">
        <w:rPr>
          <w:rFonts w:ascii="Verdana" w:hAnsi="Verdana"/>
          <w:b/>
          <w:sz w:val="20"/>
          <w:szCs w:val="20"/>
        </w:rPr>
        <w:t>może</w:t>
      </w:r>
      <w:proofErr w:type="spellEnd"/>
      <w:r w:rsidRPr="00F06EBD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b/>
          <w:sz w:val="20"/>
          <w:szCs w:val="20"/>
        </w:rPr>
        <w:t>da</w:t>
      </w:r>
      <w:r w:rsidR="008D7628">
        <w:rPr>
          <w:rFonts w:ascii="Verdana" w:hAnsi="Verdana"/>
          <w:b/>
          <w:sz w:val="20"/>
          <w:szCs w:val="20"/>
        </w:rPr>
        <w:t>ć</w:t>
      </w:r>
      <w:proofErr w:type="spellEnd"/>
      <w:r w:rsidRPr="00F06EBD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b/>
          <w:sz w:val="20"/>
          <w:szCs w:val="20"/>
        </w:rPr>
        <w:t>pierwszeństwo</w:t>
      </w:r>
      <w:proofErr w:type="spellEnd"/>
      <w:r w:rsidRPr="00F06EBD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b/>
          <w:sz w:val="20"/>
          <w:szCs w:val="20"/>
        </w:rPr>
        <w:t>przyjęcia</w:t>
      </w:r>
      <w:proofErr w:type="spellEnd"/>
      <w:r w:rsidRPr="00F06EBD">
        <w:rPr>
          <w:rFonts w:ascii="Verdana" w:hAnsi="Verdana"/>
          <w:b/>
          <w:sz w:val="20"/>
          <w:szCs w:val="20"/>
        </w:rPr>
        <w:t>)</w:t>
      </w:r>
    </w:p>
    <w:p w14:paraId="118CDAF1" w14:textId="77777777" w:rsidR="00851E81" w:rsidRPr="00F06EBD" w:rsidRDefault="006C4257">
      <w:pPr>
        <w:spacing w:after="120"/>
        <w:rPr>
          <w:rFonts w:ascii="Verdana" w:hAnsi="Verdana"/>
          <w:sz w:val="20"/>
          <w:szCs w:val="20"/>
        </w:rPr>
      </w:pPr>
      <w:proofErr w:type="spellStart"/>
      <w:r w:rsidRPr="00F06EBD">
        <w:rPr>
          <w:rFonts w:ascii="Verdana" w:hAnsi="Verdana"/>
          <w:i/>
          <w:sz w:val="20"/>
          <w:szCs w:val="20"/>
        </w:rPr>
        <w:t>Zaznaczenie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poniższych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pól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pozwala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Komisji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Kwalifikacyjnej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na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przyznanie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punktów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pierwszeństwa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dla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dzieci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w </w:t>
      </w:r>
      <w:proofErr w:type="spellStart"/>
      <w:r w:rsidRPr="00F06EBD">
        <w:rPr>
          <w:rFonts w:ascii="Verdana" w:hAnsi="Verdana"/>
          <w:i/>
          <w:sz w:val="20"/>
          <w:szCs w:val="20"/>
        </w:rPr>
        <w:t>trudniejszej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sytuacji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życiowej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i/>
          <w:sz w:val="20"/>
          <w:szCs w:val="20"/>
        </w:rPr>
        <w:t>zgodnie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z § 5 </w:t>
      </w:r>
      <w:proofErr w:type="spellStart"/>
      <w:r w:rsidRPr="00F06EBD">
        <w:rPr>
          <w:rFonts w:ascii="Verdana" w:hAnsi="Verdana"/>
          <w:i/>
          <w:sz w:val="20"/>
          <w:szCs w:val="20"/>
        </w:rPr>
        <w:t>ust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. 4 </w:t>
      </w:r>
      <w:proofErr w:type="spellStart"/>
      <w:r w:rsidRPr="00F06EBD">
        <w:rPr>
          <w:rFonts w:ascii="Verdana" w:hAnsi="Verdana"/>
          <w:i/>
          <w:sz w:val="20"/>
          <w:szCs w:val="20"/>
        </w:rPr>
        <w:t>Regulaminu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Organizacyjnego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Świetlicy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. </w:t>
      </w:r>
      <w:proofErr w:type="spellStart"/>
      <w:r w:rsidRPr="00F06EBD">
        <w:rPr>
          <w:rFonts w:ascii="Verdana" w:hAnsi="Verdana"/>
          <w:i/>
          <w:sz w:val="20"/>
          <w:szCs w:val="20"/>
        </w:rPr>
        <w:t>Podanie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tych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informacji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jest </w:t>
      </w:r>
      <w:proofErr w:type="spellStart"/>
      <w:r w:rsidRPr="00F06EBD">
        <w:rPr>
          <w:rFonts w:ascii="Verdana" w:hAnsi="Verdana"/>
          <w:i/>
          <w:sz w:val="20"/>
          <w:szCs w:val="20"/>
        </w:rPr>
        <w:t>dobrowolne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, ale </w:t>
      </w:r>
      <w:proofErr w:type="spellStart"/>
      <w:r w:rsidRPr="00F06EBD">
        <w:rPr>
          <w:rFonts w:ascii="Verdana" w:hAnsi="Verdana"/>
          <w:i/>
          <w:sz w:val="20"/>
          <w:szCs w:val="20"/>
        </w:rPr>
        <w:t>niezbędne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do </w:t>
      </w:r>
      <w:proofErr w:type="spellStart"/>
      <w:r w:rsidRPr="00F06EBD">
        <w:rPr>
          <w:rFonts w:ascii="Verdana" w:hAnsi="Verdana"/>
          <w:i/>
          <w:sz w:val="20"/>
          <w:szCs w:val="20"/>
        </w:rPr>
        <w:t>uzyskania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punktów</w:t>
      </w:r>
      <w:proofErr w:type="spellEnd"/>
      <w:r w:rsidRPr="00F06EBD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i/>
          <w:sz w:val="20"/>
          <w:szCs w:val="20"/>
        </w:rPr>
        <w:t>pierwszeństwa</w:t>
      </w:r>
      <w:proofErr w:type="spellEnd"/>
      <w:r w:rsidRPr="00F06EBD">
        <w:rPr>
          <w:rFonts w:ascii="Verdana" w:hAnsi="Verdana"/>
          <w:i/>
          <w:sz w:val="20"/>
          <w:szCs w:val="20"/>
        </w:rPr>
        <w:t>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480"/>
        <w:gridCol w:w="3456"/>
      </w:tblGrid>
      <w:tr w:rsidR="00851E81" w:rsidRPr="00F06EBD" w14:paraId="15B2A07D" w14:textId="77777777"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B80C8A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Wielodzietność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rodzina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wychowująca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3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lub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więcej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dzieci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34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C604CB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[  ] TAK / [  ] NIE</w:t>
            </w:r>
          </w:p>
        </w:tc>
      </w:tr>
      <w:tr w:rsidR="00851E81" w:rsidRPr="00F06EBD" w14:paraId="116D179B" w14:textId="77777777"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C38C7E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Rodzina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niepełna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/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Samotne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wychowywanie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dziecka</w:t>
            </w:r>
            <w:proofErr w:type="spellEnd"/>
          </w:p>
        </w:tc>
        <w:tc>
          <w:tcPr>
            <w:tcW w:w="34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F17046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[  ] TAK / [  ] NIE</w:t>
            </w:r>
          </w:p>
        </w:tc>
      </w:tr>
      <w:tr w:rsidR="00851E81" w:rsidRPr="00F06EBD" w14:paraId="4BECDD6C" w14:textId="77777777"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2F6303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Rodzina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objęta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wsparciem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asystenta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rodziny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lub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pomocą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społeczną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(GOPS)</w:t>
            </w:r>
          </w:p>
        </w:tc>
        <w:tc>
          <w:tcPr>
            <w:tcW w:w="34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F62B6E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[  ] TAK / [  ] NIE</w:t>
            </w:r>
          </w:p>
        </w:tc>
      </w:tr>
      <w:tr w:rsidR="00851E81" w:rsidRPr="00F06EBD" w14:paraId="4D036C57" w14:textId="77777777"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F7567E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Rodzina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posiada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procedurę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Niebieskiej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Karty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(NK) /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wsparcie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specjalistyczne</w:t>
            </w:r>
            <w:proofErr w:type="spellEnd"/>
          </w:p>
        </w:tc>
        <w:tc>
          <w:tcPr>
            <w:tcW w:w="34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BE0CF2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[  ] TAK / [  ] NIE</w:t>
            </w:r>
          </w:p>
        </w:tc>
      </w:tr>
      <w:tr w:rsidR="00851E81" w:rsidRPr="00F06EBD" w14:paraId="26145014" w14:textId="77777777"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6029F0" w14:textId="5EA14086" w:rsidR="00851E81" w:rsidRPr="00F06EBD" w:rsidRDefault="008D7628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Zalecenie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pobytu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w</w:t>
            </w:r>
            <w:r w:rsidR="006C4257"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6C4257" w:rsidRPr="00F06EBD">
              <w:rPr>
                <w:rFonts w:ascii="Verdana" w:hAnsi="Verdana"/>
                <w:sz w:val="20"/>
                <w:szCs w:val="20"/>
              </w:rPr>
              <w:t>Świetlicy</w:t>
            </w:r>
            <w:proofErr w:type="spellEnd"/>
            <w:r w:rsidR="006C4257"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6C4257" w:rsidRPr="00F06EBD">
              <w:rPr>
                <w:rFonts w:ascii="Verdana" w:hAnsi="Verdana"/>
                <w:sz w:val="20"/>
                <w:szCs w:val="20"/>
              </w:rPr>
              <w:t>wydane</w:t>
            </w:r>
            <w:proofErr w:type="spellEnd"/>
            <w:r w:rsidR="006C4257"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6C4257" w:rsidRPr="00F06EBD">
              <w:rPr>
                <w:rFonts w:ascii="Verdana" w:hAnsi="Verdana"/>
                <w:sz w:val="20"/>
                <w:szCs w:val="20"/>
              </w:rPr>
              <w:t>przez</w:t>
            </w:r>
            <w:proofErr w:type="spellEnd"/>
            <w:r w:rsidR="006C4257"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6C4257" w:rsidRPr="00F06EBD">
              <w:rPr>
                <w:rFonts w:ascii="Verdana" w:hAnsi="Verdana"/>
                <w:sz w:val="20"/>
                <w:szCs w:val="20"/>
              </w:rPr>
              <w:t>szkołę</w:t>
            </w:r>
            <w:proofErr w:type="spellEnd"/>
            <w:r w:rsidR="006C4257" w:rsidRPr="00F06EBD">
              <w:rPr>
                <w:rFonts w:ascii="Verdana" w:hAnsi="Verdana"/>
                <w:sz w:val="20"/>
                <w:szCs w:val="20"/>
              </w:rPr>
              <w:t xml:space="preserve">, GOPS </w:t>
            </w:r>
            <w:proofErr w:type="spellStart"/>
            <w:r w:rsidR="006C4257" w:rsidRPr="00F06EBD">
              <w:rPr>
                <w:rFonts w:ascii="Verdana" w:hAnsi="Verdana"/>
                <w:sz w:val="20"/>
                <w:szCs w:val="20"/>
              </w:rPr>
              <w:t>lub</w:t>
            </w:r>
            <w:proofErr w:type="spellEnd"/>
            <w:r w:rsidR="006C4257"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6C4257" w:rsidRPr="00F06EBD">
              <w:rPr>
                <w:rFonts w:ascii="Verdana" w:hAnsi="Verdana"/>
                <w:sz w:val="20"/>
                <w:szCs w:val="20"/>
              </w:rPr>
              <w:t>kuratora</w:t>
            </w:r>
            <w:proofErr w:type="spellEnd"/>
            <w:r w:rsidR="006C4257"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6C4257" w:rsidRPr="00F06EBD">
              <w:rPr>
                <w:rFonts w:ascii="Verdana" w:hAnsi="Verdana"/>
                <w:sz w:val="20"/>
                <w:szCs w:val="20"/>
              </w:rPr>
              <w:t>sądowego</w:t>
            </w:r>
            <w:proofErr w:type="spellEnd"/>
          </w:p>
        </w:tc>
        <w:tc>
          <w:tcPr>
            <w:tcW w:w="34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3597FB" w14:textId="6DF9360E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[  ] TAK / [  ] NIE (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Załącz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D7628">
              <w:rPr>
                <w:rFonts w:ascii="Verdana" w:hAnsi="Verdana"/>
                <w:sz w:val="20"/>
                <w:szCs w:val="20"/>
              </w:rPr>
              <w:t>dokument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851E81" w:rsidRPr="00F06EBD" w14:paraId="01D96086" w14:textId="77777777"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50C536" w14:textId="77777777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Inne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szczególne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trudności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wychowawcze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lub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życiowe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(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opisz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06EBD">
              <w:rPr>
                <w:rFonts w:ascii="Verdana" w:hAnsi="Verdana"/>
                <w:sz w:val="20"/>
                <w:szCs w:val="20"/>
              </w:rPr>
              <w:t>krótko</w:t>
            </w:r>
            <w:proofErr w:type="spellEnd"/>
            <w:r w:rsidRPr="00F06EBD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345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AAA06D" w14:textId="159C502D" w:rsidR="00851E81" w:rsidRPr="00F06EBD" w:rsidRDefault="006C4257">
            <w:pPr>
              <w:rPr>
                <w:rFonts w:ascii="Verdana" w:hAnsi="Verdana"/>
                <w:sz w:val="20"/>
                <w:szCs w:val="20"/>
              </w:rPr>
            </w:pPr>
            <w:r w:rsidRPr="00F06EBD">
              <w:rPr>
                <w:rFonts w:ascii="Verdana" w:hAnsi="Verdana"/>
                <w:sz w:val="20"/>
                <w:szCs w:val="20"/>
              </w:rPr>
              <w:t>..................................................................</w:t>
            </w:r>
            <w:r w:rsidR="003355A9">
              <w:rPr>
                <w:rFonts w:ascii="Verdana" w:hAnsi="Verdana"/>
                <w:sz w:val="20"/>
                <w:szCs w:val="20"/>
              </w:rPr>
              <w:t>...........</w:t>
            </w:r>
            <w:r w:rsidRPr="00F06EBD">
              <w:rPr>
                <w:rFonts w:ascii="Verdana" w:hAnsi="Verdana"/>
                <w:sz w:val="20"/>
                <w:szCs w:val="20"/>
              </w:rPr>
              <w:t>.........</w:t>
            </w:r>
          </w:p>
        </w:tc>
      </w:tr>
    </w:tbl>
    <w:p w14:paraId="0B58AFE0" w14:textId="77777777" w:rsidR="00851E81" w:rsidRPr="00F06EBD" w:rsidRDefault="006C4257">
      <w:pPr>
        <w:spacing w:before="240" w:after="120"/>
        <w:rPr>
          <w:rFonts w:ascii="Verdana" w:hAnsi="Verdana"/>
          <w:sz w:val="20"/>
          <w:szCs w:val="20"/>
        </w:rPr>
      </w:pPr>
      <w:r w:rsidRPr="00F06EBD">
        <w:rPr>
          <w:rFonts w:ascii="Verdana" w:hAnsi="Verdana"/>
          <w:b/>
          <w:sz w:val="20"/>
          <w:szCs w:val="20"/>
        </w:rPr>
        <w:t>V. ISTOTNE INFORMACJE O STANIE ZDROWIA DZIECKA</w:t>
      </w:r>
    </w:p>
    <w:p w14:paraId="019AA0D7" w14:textId="77777777" w:rsidR="00B63D45" w:rsidRPr="00B63D45" w:rsidRDefault="006C4257">
      <w:pPr>
        <w:spacing w:after="240"/>
        <w:rPr>
          <w:rFonts w:ascii="Verdana" w:hAnsi="Verdana"/>
          <w:sz w:val="20"/>
          <w:szCs w:val="20"/>
        </w:rPr>
      </w:pPr>
      <w:proofErr w:type="spellStart"/>
      <w:r w:rsidRPr="00F06EBD">
        <w:rPr>
          <w:rFonts w:ascii="Verdana" w:hAnsi="Verdana"/>
          <w:sz w:val="20"/>
          <w:szCs w:val="20"/>
        </w:rPr>
        <w:t>Czy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dziecko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choruje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na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choroby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przewlekłe</w:t>
      </w:r>
      <w:proofErr w:type="spellEnd"/>
      <w:r w:rsidRPr="00F06EBD">
        <w:rPr>
          <w:rFonts w:ascii="Verdana" w:hAnsi="Verdana"/>
          <w:sz w:val="20"/>
          <w:szCs w:val="20"/>
        </w:rPr>
        <w:t xml:space="preserve">, ma </w:t>
      </w:r>
      <w:proofErr w:type="spellStart"/>
      <w:r w:rsidRPr="00F06EBD">
        <w:rPr>
          <w:rFonts w:ascii="Verdana" w:hAnsi="Verdana"/>
          <w:sz w:val="20"/>
          <w:szCs w:val="20"/>
        </w:rPr>
        <w:t>alergie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uczulenia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pokarmowe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przyjmuje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stałe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leki</w:t>
      </w:r>
      <w:proofErr w:type="spellEnd"/>
      <w:r w:rsidRPr="00F06EBD">
        <w:rPr>
          <w:rFonts w:ascii="Verdana" w:hAnsi="Verdana"/>
          <w:sz w:val="20"/>
          <w:szCs w:val="20"/>
        </w:rPr>
        <w:t xml:space="preserve">? </w:t>
      </w:r>
      <w:proofErr w:type="spellStart"/>
      <w:r w:rsidRPr="00F06EBD">
        <w:rPr>
          <w:rFonts w:ascii="Verdana" w:hAnsi="Verdana"/>
          <w:sz w:val="20"/>
          <w:szCs w:val="20"/>
        </w:rPr>
        <w:t>Proszę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wpisać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istotne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informacje</w:t>
      </w:r>
      <w:proofErr w:type="spellEnd"/>
      <w:r w:rsidRPr="00F06EBD">
        <w:rPr>
          <w:rFonts w:ascii="Verdana" w:hAnsi="Verdana"/>
          <w:sz w:val="20"/>
          <w:szCs w:val="20"/>
        </w:rPr>
        <w:t xml:space="preserve"> (w </w:t>
      </w:r>
      <w:proofErr w:type="spellStart"/>
      <w:r w:rsidRPr="00F06EBD">
        <w:rPr>
          <w:rFonts w:ascii="Verdana" w:hAnsi="Verdana"/>
          <w:sz w:val="20"/>
          <w:szCs w:val="20"/>
        </w:rPr>
        <w:t>celu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zapewnienia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dziecku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bezpieczeństwa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podczas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pobytu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posiłków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i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zajęć</w:t>
      </w:r>
      <w:proofErr w:type="spellEnd"/>
      <w:r w:rsidRPr="00F06EBD">
        <w:rPr>
          <w:rFonts w:ascii="Verdana" w:hAnsi="Verdana"/>
          <w:sz w:val="20"/>
          <w:szCs w:val="20"/>
        </w:rPr>
        <w:t>):</w:t>
      </w:r>
      <w:r w:rsidRPr="00F06EBD">
        <w:rPr>
          <w:rFonts w:ascii="Verdana" w:hAnsi="Verdana"/>
          <w:sz w:val="20"/>
          <w:szCs w:val="20"/>
        </w:rPr>
        <w:br/>
      </w:r>
      <w:r w:rsidRPr="00B63D45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........................................................................................................................................</w:t>
      </w:r>
    </w:p>
    <w:p w14:paraId="2A0F97E6" w14:textId="32335A10" w:rsidR="00B63D45" w:rsidRPr="00B63D45" w:rsidRDefault="006C4257">
      <w:pPr>
        <w:spacing w:after="240"/>
        <w:rPr>
          <w:rFonts w:ascii="Verdana" w:hAnsi="Verdana"/>
          <w:sz w:val="20"/>
          <w:szCs w:val="20"/>
        </w:rPr>
      </w:pPr>
      <w:r w:rsidRPr="00B63D45">
        <w:rPr>
          <w:rFonts w:ascii="Verdana" w:hAnsi="Verdana"/>
          <w:sz w:val="20"/>
          <w:szCs w:val="20"/>
        </w:rPr>
        <w:t>.................................................</w:t>
      </w:r>
      <w:r w:rsidR="003355A9" w:rsidRPr="00B63D45">
        <w:rPr>
          <w:rFonts w:ascii="Verdana" w:hAnsi="Verdana"/>
          <w:sz w:val="20"/>
          <w:szCs w:val="20"/>
        </w:rPr>
        <w:t>.............................................................................</w:t>
      </w:r>
      <w:r w:rsidR="00B63D45">
        <w:rPr>
          <w:rFonts w:ascii="Verdana" w:hAnsi="Verdana"/>
          <w:sz w:val="20"/>
          <w:szCs w:val="20"/>
        </w:rPr>
        <w:t>..........</w:t>
      </w:r>
    </w:p>
    <w:p w14:paraId="4CD2DC34" w14:textId="4F73D718" w:rsidR="00B63D45" w:rsidRPr="00B63D45" w:rsidRDefault="006C4257">
      <w:pPr>
        <w:spacing w:after="240"/>
        <w:rPr>
          <w:rFonts w:ascii="Verdana" w:hAnsi="Verdana"/>
          <w:sz w:val="20"/>
          <w:szCs w:val="20"/>
        </w:rPr>
      </w:pPr>
      <w:r w:rsidRPr="00B63D45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........................................................................................................................................</w:t>
      </w:r>
    </w:p>
    <w:p w14:paraId="5AAFD858" w14:textId="77777777" w:rsidR="00B63D45" w:rsidRDefault="006C4257">
      <w:pPr>
        <w:spacing w:after="240"/>
        <w:rPr>
          <w:rFonts w:ascii="Verdana" w:hAnsi="Verdana"/>
          <w:sz w:val="20"/>
          <w:szCs w:val="20"/>
        </w:rPr>
      </w:pPr>
      <w:r w:rsidRPr="00B63D45">
        <w:rPr>
          <w:rFonts w:ascii="Verdana" w:hAnsi="Verdana"/>
          <w:sz w:val="20"/>
          <w:szCs w:val="20"/>
        </w:rPr>
        <w:t>...........................................</w:t>
      </w:r>
      <w:r w:rsidR="003355A9" w:rsidRPr="00B63D45">
        <w:rPr>
          <w:rFonts w:ascii="Verdana" w:hAnsi="Verdana"/>
          <w:sz w:val="20"/>
          <w:szCs w:val="20"/>
        </w:rPr>
        <w:t>.............................................................................</w:t>
      </w:r>
      <w:r w:rsidRPr="00B63D45">
        <w:rPr>
          <w:rFonts w:ascii="Verdana" w:hAnsi="Verdana"/>
          <w:sz w:val="20"/>
          <w:szCs w:val="20"/>
        </w:rPr>
        <w:t>................</w:t>
      </w:r>
    </w:p>
    <w:p w14:paraId="645FEAE2" w14:textId="44F3DE9C" w:rsidR="00851E81" w:rsidRPr="00B63D45" w:rsidRDefault="00B63D45">
      <w:pPr>
        <w:spacing w:after="2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........................................................................................................................................</w:t>
      </w:r>
    </w:p>
    <w:p w14:paraId="4EC2CE03" w14:textId="77777777" w:rsidR="00851E81" w:rsidRPr="00F06EBD" w:rsidRDefault="006C4257">
      <w:pPr>
        <w:spacing w:before="240" w:after="120"/>
        <w:rPr>
          <w:rFonts w:ascii="Verdana" w:hAnsi="Verdana"/>
          <w:sz w:val="20"/>
          <w:szCs w:val="20"/>
        </w:rPr>
      </w:pPr>
      <w:r w:rsidRPr="00F06EBD">
        <w:rPr>
          <w:rFonts w:ascii="Verdana" w:hAnsi="Verdana"/>
          <w:b/>
          <w:sz w:val="20"/>
          <w:szCs w:val="20"/>
        </w:rPr>
        <w:t>VI. OŚWIADCZENIA, ZGODY I UPOWAŻNIENIA RODZICÓW / OPIEKUNÓW PRAWNYCH</w:t>
      </w:r>
    </w:p>
    <w:p w14:paraId="5FBF0D02" w14:textId="2A54ACF1" w:rsidR="00E73C11" w:rsidRDefault="006C4257">
      <w:pPr>
        <w:spacing w:after="480"/>
        <w:rPr>
          <w:rFonts w:ascii="Verdana" w:hAnsi="Verdana"/>
          <w:sz w:val="20"/>
          <w:szCs w:val="20"/>
        </w:rPr>
      </w:pPr>
      <w:r w:rsidRPr="00F06EBD">
        <w:rPr>
          <w:rFonts w:ascii="Verdana" w:hAnsi="Verdana"/>
          <w:sz w:val="20"/>
          <w:szCs w:val="20"/>
        </w:rPr>
        <w:t>1. UPOWAŻNIENIE DO ODBIORU DZIECKA:</w:t>
      </w:r>
      <w:r w:rsidRPr="00F06EBD">
        <w:rPr>
          <w:rFonts w:ascii="Verdana" w:hAnsi="Verdana"/>
          <w:sz w:val="20"/>
          <w:szCs w:val="20"/>
        </w:rPr>
        <w:br/>
      </w:r>
      <w:proofErr w:type="spellStart"/>
      <w:r w:rsidRPr="00F06EBD">
        <w:rPr>
          <w:rFonts w:ascii="Verdana" w:hAnsi="Verdana"/>
          <w:sz w:val="20"/>
          <w:szCs w:val="20"/>
        </w:rPr>
        <w:t>Upoważniam</w:t>
      </w:r>
      <w:proofErr w:type="spellEnd"/>
      <w:r w:rsidRPr="00F06EBD">
        <w:rPr>
          <w:rFonts w:ascii="Verdana" w:hAnsi="Verdana"/>
          <w:sz w:val="20"/>
          <w:szCs w:val="20"/>
        </w:rPr>
        <w:t xml:space="preserve"> do </w:t>
      </w:r>
      <w:proofErr w:type="spellStart"/>
      <w:r w:rsidRPr="00F06EBD">
        <w:rPr>
          <w:rFonts w:ascii="Verdana" w:hAnsi="Verdana"/>
          <w:sz w:val="20"/>
          <w:szCs w:val="20"/>
        </w:rPr>
        <w:t>odbioru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mojego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dziecka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Świetlicy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następujące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pełnoletnie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osoby</w:t>
      </w:r>
      <w:proofErr w:type="spellEnd"/>
      <w:r w:rsidRPr="00F06EBD">
        <w:rPr>
          <w:rFonts w:ascii="Verdana" w:hAnsi="Verdana"/>
          <w:sz w:val="20"/>
          <w:szCs w:val="20"/>
        </w:rPr>
        <w:t xml:space="preserve"> (</w:t>
      </w:r>
      <w:proofErr w:type="spellStart"/>
      <w:r w:rsidRPr="00F06EBD">
        <w:rPr>
          <w:rFonts w:ascii="Verdana" w:hAnsi="Verdana"/>
          <w:sz w:val="20"/>
          <w:szCs w:val="20"/>
        </w:rPr>
        <w:t>imię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nazwisko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nr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dowodu</w:t>
      </w:r>
      <w:proofErr w:type="spellEnd"/>
      <w:r w:rsidRPr="00F06EBD">
        <w:rPr>
          <w:rFonts w:ascii="Verdana" w:hAnsi="Verdana"/>
          <w:sz w:val="20"/>
          <w:szCs w:val="20"/>
        </w:rPr>
        <w:t xml:space="preserve">/PESEL, tel. </w:t>
      </w:r>
      <w:proofErr w:type="spellStart"/>
      <w:r w:rsidRPr="00F06EBD">
        <w:rPr>
          <w:rFonts w:ascii="Verdana" w:hAnsi="Verdana"/>
          <w:sz w:val="20"/>
          <w:szCs w:val="20"/>
        </w:rPr>
        <w:t>kontaktowy</w:t>
      </w:r>
      <w:proofErr w:type="spellEnd"/>
      <w:r w:rsidRPr="00F06EBD">
        <w:rPr>
          <w:rFonts w:ascii="Verdana" w:hAnsi="Verdana"/>
          <w:sz w:val="20"/>
          <w:szCs w:val="20"/>
        </w:rPr>
        <w:t>):</w:t>
      </w:r>
      <w:r w:rsidR="00B63D45">
        <w:rPr>
          <w:rFonts w:ascii="Verdana" w:hAnsi="Verdana"/>
          <w:sz w:val="20"/>
          <w:szCs w:val="20"/>
        </w:rPr>
        <w:br/>
      </w:r>
      <w:r w:rsidR="00B63D45">
        <w:rPr>
          <w:rFonts w:ascii="Verdana" w:hAnsi="Verdana"/>
          <w:sz w:val="20"/>
          <w:szCs w:val="20"/>
        </w:rPr>
        <w:lastRenderedPageBreak/>
        <w:t>1)</w:t>
      </w:r>
      <w:r w:rsidR="00E3403C">
        <w:rPr>
          <w:rFonts w:ascii="Verdana" w:hAnsi="Verdana"/>
          <w:sz w:val="20"/>
          <w:szCs w:val="20"/>
        </w:rPr>
        <w:t xml:space="preserve">          </w:t>
      </w:r>
      <w:r w:rsidRPr="00F06EBD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  <w:r w:rsidR="003355A9">
        <w:rPr>
          <w:rFonts w:ascii="Verdana" w:hAnsi="Verdana"/>
          <w:sz w:val="20"/>
          <w:szCs w:val="20"/>
        </w:rPr>
        <w:t>...................................................................................</w:t>
      </w:r>
      <w:r w:rsidR="00B63D45">
        <w:rPr>
          <w:rFonts w:ascii="Verdana" w:hAnsi="Verdana"/>
          <w:sz w:val="20"/>
          <w:szCs w:val="20"/>
        </w:rPr>
        <w:t>.</w:t>
      </w:r>
      <w:r w:rsidR="00E3403C">
        <w:rPr>
          <w:rFonts w:ascii="Verdana" w:hAnsi="Verdana"/>
          <w:sz w:val="20"/>
          <w:szCs w:val="20"/>
        </w:rPr>
        <w:t xml:space="preserve"> </w:t>
      </w:r>
      <w:r w:rsidR="00B63D45">
        <w:rPr>
          <w:rFonts w:ascii="Verdana" w:hAnsi="Verdana"/>
          <w:sz w:val="20"/>
          <w:szCs w:val="20"/>
        </w:rPr>
        <w:t>2)</w:t>
      </w:r>
      <w:r w:rsidR="00E3403C">
        <w:rPr>
          <w:rFonts w:ascii="Verdana" w:hAnsi="Verdana"/>
          <w:sz w:val="20"/>
          <w:szCs w:val="20"/>
        </w:rPr>
        <w:t xml:space="preserve">   </w:t>
      </w:r>
      <w:r w:rsidRPr="00F06EBD">
        <w:rPr>
          <w:rFonts w:ascii="Verdana" w:hAnsi="Verdana"/>
          <w:sz w:val="20"/>
          <w:szCs w:val="20"/>
        </w:rPr>
        <w:t>......................................................................................................</w:t>
      </w:r>
      <w:r w:rsidR="00E73C11">
        <w:rPr>
          <w:rFonts w:ascii="Verdana" w:hAnsi="Verdana"/>
          <w:sz w:val="20"/>
          <w:szCs w:val="20"/>
        </w:rPr>
        <w:t>..............................</w:t>
      </w:r>
      <w:r w:rsidRPr="00F06EBD">
        <w:rPr>
          <w:rFonts w:ascii="Verdana" w:hAnsi="Verdana"/>
          <w:sz w:val="20"/>
          <w:szCs w:val="20"/>
        </w:rPr>
        <w:t>........................</w:t>
      </w:r>
      <w:r w:rsidR="003355A9">
        <w:rPr>
          <w:rFonts w:ascii="Verdana" w:hAnsi="Verdana"/>
          <w:sz w:val="20"/>
          <w:szCs w:val="20"/>
        </w:rPr>
        <w:t>...................................................................................</w:t>
      </w:r>
      <w:r w:rsidRPr="00F06EBD">
        <w:rPr>
          <w:rFonts w:ascii="Verdana" w:hAnsi="Verdana"/>
          <w:sz w:val="20"/>
          <w:szCs w:val="20"/>
        </w:rPr>
        <w:t>..........................</w:t>
      </w:r>
      <w:r w:rsidR="00B63D45">
        <w:rPr>
          <w:rFonts w:ascii="Verdana" w:hAnsi="Verdana"/>
          <w:sz w:val="20"/>
          <w:szCs w:val="20"/>
        </w:rPr>
        <w:t>....</w:t>
      </w:r>
      <w:r w:rsidR="00E3403C">
        <w:rPr>
          <w:rFonts w:ascii="Verdana" w:hAnsi="Verdana"/>
          <w:sz w:val="20"/>
          <w:szCs w:val="20"/>
        </w:rPr>
        <w:t xml:space="preserve"> </w:t>
      </w:r>
      <w:r w:rsidR="00B63D45">
        <w:rPr>
          <w:rFonts w:ascii="Verdana" w:hAnsi="Verdana"/>
          <w:sz w:val="20"/>
          <w:szCs w:val="20"/>
        </w:rPr>
        <w:t xml:space="preserve">3) </w:t>
      </w:r>
      <w:r w:rsidR="00E73C11">
        <w:rPr>
          <w:rFonts w:ascii="Verdana" w:hAnsi="Verdana"/>
          <w:sz w:val="20"/>
          <w:szCs w:val="20"/>
        </w:rPr>
        <w:t>………………………………………………………………………</w:t>
      </w:r>
      <w:r w:rsidR="00B63D45">
        <w:rPr>
          <w:rFonts w:ascii="Verdana" w:hAnsi="Verdana"/>
          <w:sz w:val="20"/>
          <w:szCs w:val="20"/>
        </w:rPr>
        <w:t>…………………………………………………………………………………</w:t>
      </w:r>
      <w:r w:rsidR="00E73C11">
        <w:rPr>
          <w:rFonts w:ascii="Verdana" w:hAnsi="Verdana"/>
          <w:sz w:val="20"/>
          <w:szCs w:val="20"/>
        </w:rPr>
        <w:t>…………………………………</w:t>
      </w:r>
      <w:r w:rsidR="00B63D45">
        <w:rPr>
          <w:rFonts w:ascii="Verdana" w:hAnsi="Verdana"/>
          <w:sz w:val="20"/>
          <w:szCs w:val="20"/>
        </w:rPr>
        <w:t>…</w:t>
      </w:r>
      <w:r w:rsidR="00E73C11">
        <w:rPr>
          <w:rFonts w:ascii="Verdana" w:hAnsi="Verdana"/>
          <w:sz w:val="20"/>
          <w:szCs w:val="20"/>
        </w:rPr>
        <w:t>……………………………………………</w:t>
      </w:r>
      <w:r w:rsidR="00B63D45">
        <w:rPr>
          <w:rFonts w:ascii="Verdana" w:hAnsi="Verdana"/>
          <w:sz w:val="20"/>
          <w:szCs w:val="20"/>
        </w:rPr>
        <w:t>…………………………………………………………………..………….</w:t>
      </w:r>
    </w:p>
    <w:p w14:paraId="2266258E" w14:textId="582B8F21" w:rsidR="00851E81" w:rsidRPr="00F06EBD" w:rsidRDefault="006C4257">
      <w:pPr>
        <w:spacing w:after="480"/>
        <w:rPr>
          <w:rFonts w:ascii="Verdana" w:hAnsi="Verdana"/>
          <w:sz w:val="20"/>
          <w:szCs w:val="20"/>
        </w:rPr>
      </w:pPr>
      <w:r w:rsidRPr="00F06EBD">
        <w:rPr>
          <w:rFonts w:ascii="Verdana" w:hAnsi="Verdana"/>
          <w:sz w:val="20"/>
          <w:szCs w:val="20"/>
        </w:rPr>
        <w:t>2. SAMODZIELNY POWRÓT DZIECKA (</w:t>
      </w:r>
      <w:proofErr w:type="spellStart"/>
      <w:r w:rsidRPr="00F06EBD">
        <w:rPr>
          <w:rFonts w:ascii="Verdana" w:hAnsi="Verdana"/>
          <w:sz w:val="20"/>
          <w:szCs w:val="20"/>
        </w:rPr>
        <w:t>zaznacz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właściwe</w:t>
      </w:r>
      <w:proofErr w:type="spellEnd"/>
      <w:r w:rsidRPr="00F06EBD">
        <w:rPr>
          <w:rFonts w:ascii="Verdana" w:hAnsi="Verdana"/>
          <w:sz w:val="20"/>
          <w:szCs w:val="20"/>
        </w:rPr>
        <w:t>):</w:t>
      </w:r>
      <w:r w:rsidRPr="00F06EBD">
        <w:rPr>
          <w:rFonts w:ascii="Verdana" w:hAnsi="Verdana"/>
          <w:sz w:val="20"/>
          <w:szCs w:val="20"/>
        </w:rPr>
        <w:br/>
        <w:t xml:space="preserve">[  ] </w:t>
      </w:r>
      <w:proofErr w:type="spellStart"/>
      <w:r w:rsidRPr="00F06EBD">
        <w:rPr>
          <w:rFonts w:ascii="Verdana" w:hAnsi="Verdana"/>
          <w:sz w:val="20"/>
          <w:szCs w:val="20"/>
        </w:rPr>
        <w:t>Oświadczam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że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wyrażam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zgodę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na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samodzielny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powrót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mojego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dziecka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Świetlicy</w:t>
      </w:r>
      <w:proofErr w:type="spellEnd"/>
      <w:r w:rsidRPr="00F06EBD">
        <w:rPr>
          <w:rFonts w:ascii="Verdana" w:hAnsi="Verdana"/>
          <w:sz w:val="20"/>
          <w:szCs w:val="20"/>
        </w:rPr>
        <w:t xml:space="preserve"> do </w:t>
      </w:r>
      <w:proofErr w:type="spellStart"/>
      <w:r w:rsidRPr="00F06EBD">
        <w:rPr>
          <w:rFonts w:ascii="Verdana" w:hAnsi="Verdana"/>
          <w:sz w:val="20"/>
          <w:szCs w:val="20"/>
        </w:rPr>
        <w:t>domu</w:t>
      </w:r>
      <w:proofErr w:type="spellEnd"/>
      <w:r w:rsidRPr="00F06EBD">
        <w:rPr>
          <w:rFonts w:ascii="Verdana" w:hAnsi="Verdana"/>
          <w:sz w:val="20"/>
          <w:szCs w:val="20"/>
        </w:rPr>
        <w:t xml:space="preserve"> (</w:t>
      </w:r>
      <w:proofErr w:type="spellStart"/>
      <w:r w:rsidRPr="00F06EBD">
        <w:rPr>
          <w:rFonts w:ascii="Verdana" w:hAnsi="Verdana"/>
          <w:sz w:val="20"/>
          <w:szCs w:val="20"/>
        </w:rPr>
        <w:t>opcja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dotyczy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wyłącznie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dzieci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które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ukończyły</w:t>
      </w:r>
      <w:proofErr w:type="spellEnd"/>
      <w:r w:rsidRPr="00F06EBD">
        <w:rPr>
          <w:rFonts w:ascii="Verdana" w:hAnsi="Verdana"/>
          <w:sz w:val="20"/>
          <w:szCs w:val="20"/>
        </w:rPr>
        <w:t xml:space="preserve"> 7. </w:t>
      </w:r>
      <w:proofErr w:type="spellStart"/>
      <w:r w:rsidRPr="00F06EBD">
        <w:rPr>
          <w:rFonts w:ascii="Verdana" w:hAnsi="Verdana"/>
          <w:sz w:val="20"/>
          <w:szCs w:val="20"/>
        </w:rPr>
        <w:t>rok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życia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zgodnie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z art. 43 </w:t>
      </w:r>
      <w:proofErr w:type="spellStart"/>
      <w:r w:rsidRPr="00F06EBD">
        <w:rPr>
          <w:rFonts w:ascii="Verdana" w:hAnsi="Verdana"/>
          <w:sz w:val="20"/>
          <w:szCs w:val="20"/>
        </w:rPr>
        <w:t>ust</w:t>
      </w:r>
      <w:proofErr w:type="spellEnd"/>
      <w:r w:rsidRPr="00F06EBD">
        <w:rPr>
          <w:rFonts w:ascii="Verdana" w:hAnsi="Verdana"/>
          <w:sz w:val="20"/>
          <w:szCs w:val="20"/>
        </w:rPr>
        <w:t xml:space="preserve">. 1 </w:t>
      </w:r>
      <w:proofErr w:type="spellStart"/>
      <w:r w:rsidRPr="00F06EBD">
        <w:rPr>
          <w:rFonts w:ascii="Verdana" w:hAnsi="Verdana"/>
          <w:sz w:val="20"/>
          <w:szCs w:val="20"/>
        </w:rPr>
        <w:t>Prawa</w:t>
      </w:r>
      <w:proofErr w:type="spellEnd"/>
      <w:r w:rsidRPr="00F06EBD">
        <w:rPr>
          <w:rFonts w:ascii="Verdana" w:hAnsi="Verdana"/>
          <w:sz w:val="20"/>
          <w:szCs w:val="20"/>
        </w:rPr>
        <w:t xml:space="preserve"> o </w:t>
      </w:r>
      <w:proofErr w:type="spellStart"/>
      <w:r w:rsidRPr="00F06EBD">
        <w:rPr>
          <w:rFonts w:ascii="Verdana" w:hAnsi="Verdana"/>
          <w:sz w:val="20"/>
          <w:szCs w:val="20"/>
        </w:rPr>
        <w:t>ruchu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drogowym</w:t>
      </w:r>
      <w:proofErr w:type="spellEnd"/>
      <w:r w:rsidRPr="00F06EBD">
        <w:rPr>
          <w:rFonts w:ascii="Verdana" w:hAnsi="Verdana"/>
          <w:sz w:val="20"/>
          <w:szCs w:val="20"/>
        </w:rPr>
        <w:t xml:space="preserve">). Od </w:t>
      </w:r>
      <w:proofErr w:type="spellStart"/>
      <w:r w:rsidRPr="00F06EBD">
        <w:rPr>
          <w:rFonts w:ascii="Verdana" w:hAnsi="Verdana"/>
          <w:sz w:val="20"/>
          <w:szCs w:val="20"/>
        </w:rPr>
        <w:t>momentu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wyjścia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dziecka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Świetlicy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ponoszę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pełną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odpowiedzialność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jego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bezpieczeństwo</w:t>
      </w:r>
      <w:proofErr w:type="spellEnd"/>
      <w:r w:rsidRPr="00F06EBD">
        <w:rPr>
          <w:rFonts w:ascii="Verdana" w:hAnsi="Verdana"/>
          <w:sz w:val="20"/>
          <w:szCs w:val="20"/>
        </w:rPr>
        <w:t>.</w:t>
      </w:r>
      <w:r w:rsidRPr="00F06EBD">
        <w:rPr>
          <w:rFonts w:ascii="Verdana" w:hAnsi="Verdana"/>
          <w:sz w:val="20"/>
          <w:szCs w:val="20"/>
        </w:rPr>
        <w:br/>
        <w:t xml:space="preserve">[  ] </w:t>
      </w:r>
      <w:proofErr w:type="spellStart"/>
      <w:r w:rsidRPr="00F06EBD">
        <w:rPr>
          <w:rFonts w:ascii="Verdana" w:hAnsi="Verdana"/>
          <w:sz w:val="20"/>
          <w:szCs w:val="20"/>
        </w:rPr>
        <w:t>Oświadczam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że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wyrażam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zgody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na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samodzielny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powrót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dziecka</w:t>
      </w:r>
      <w:proofErr w:type="spellEnd"/>
      <w:r w:rsidRPr="00F06EBD">
        <w:rPr>
          <w:rFonts w:ascii="Verdana" w:hAnsi="Verdana"/>
          <w:sz w:val="20"/>
          <w:szCs w:val="20"/>
        </w:rPr>
        <w:t xml:space="preserve"> do </w:t>
      </w:r>
      <w:proofErr w:type="spellStart"/>
      <w:r w:rsidRPr="00F06EBD">
        <w:rPr>
          <w:rFonts w:ascii="Verdana" w:hAnsi="Verdana"/>
          <w:sz w:val="20"/>
          <w:szCs w:val="20"/>
        </w:rPr>
        <w:t>domu</w:t>
      </w:r>
      <w:proofErr w:type="spellEnd"/>
      <w:r w:rsidRPr="00F06EBD">
        <w:rPr>
          <w:rFonts w:ascii="Verdana" w:hAnsi="Verdana"/>
          <w:sz w:val="20"/>
          <w:szCs w:val="20"/>
        </w:rPr>
        <w:t xml:space="preserve">. </w:t>
      </w:r>
      <w:proofErr w:type="spellStart"/>
      <w:r w:rsidRPr="00F06EBD">
        <w:rPr>
          <w:rFonts w:ascii="Verdana" w:hAnsi="Verdana"/>
          <w:sz w:val="20"/>
          <w:szCs w:val="20"/>
        </w:rPr>
        <w:t>Dziecko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będzie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odbierane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osobiście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przeze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mnie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lu</w:t>
      </w:r>
      <w:r w:rsidR="00B63D45">
        <w:rPr>
          <w:rFonts w:ascii="Verdana" w:hAnsi="Verdana"/>
          <w:sz w:val="20"/>
          <w:szCs w:val="20"/>
        </w:rPr>
        <w:t>b</w:t>
      </w:r>
      <w:proofErr w:type="spellEnd"/>
      <w:r w:rsidR="00B63D45">
        <w:rPr>
          <w:rFonts w:ascii="Verdana" w:hAnsi="Verdana"/>
          <w:sz w:val="20"/>
          <w:szCs w:val="20"/>
        </w:rPr>
        <w:t xml:space="preserve"> </w:t>
      </w:r>
      <w:proofErr w:type="spellStart"/>
      <w:r w:rsidR="00B63D45">
        <w:rPr>
          <w:rFonts w:ascii="Verdana" w:hAnsi="Verdana"/>
          <w:sz w:val="20"/>
          <w:szCs w:val="20"/>
        </w:rPr>
        <w:t>osoby</w:t>
      </w:r>
      <w:proofErr w:type="spellEnd"/>
      <w:r w:rsidR="00B63D45">
        <w:rPr>
          <w:rFonts w:ascii="Verdana" w:hAnsi="Verdana"/>
          <w:sz w:val="20"/>
          <w:szCs w:val="20"/>
        </w:rPr>
        <w:t xml:space="preserve"> </w:t>
      </w:r>
      <w:proofErr w:type="spellStart"/>
      <w:r w:rsidR="00B63D45">
        <w:rPr>
          <w:rFonts w:ascii="Verdana" w:hAnsi="Verdana"/>
          <w:sz w:val="20"/>
          <w:szCs w:val="20"/>
        </w:rPr>
        <w:t>upoważnione</w:t>
      </w:r>
      <w:proofErr w:type="spellEnd"/>
      <w:r w:rsidR="00B63D45">
        <w:rPr>
          <w:rFonts w:ascii="Verdana" w:hAnsi="Verdana"/>
          <w:sz w:val="20"/>
          <w:szCs w:val="20"/>
        </w:rPr>
        <w:t>.</w:t>
      </w:r>
      <w:r w:rsidRPr="00F06EBD">
        <w:rPr>
          <w:rFonts w:ascii="Verdana" w:hAnsi="Verdana"/>
          <w:sz w:val="20"/>
          <w:szCs w:val="20"/>
        </w:rPr>
        <w:br/>
        <w:t>3. UBEZPIECZENIE I ODPOWIEDZIALNOŚĆ ZA SZKODY:</w:t>
      </w:r>
      <w:r w:rsidRPr="00F06EBD">
        <w:rPr>
          <w:rFonts w:ascii="Verdana" w:hAnsi="Verdana"/>
          <w:sz w:val="20"/>
          <w:szCs w:val="20"/>
        </w:rPr>
        <w:br/>
        <w:t xml:space="preserve">a) </w:t>
      </w:r>
      <w:proofErr w:type="spellStart"/>
      <w:r w:rsidRPr="00F06EBD">
        <w:rPr>
          <w:rFonts w:ascii="Verdana" w:hAnsi="Verdana"/>
          <w:sz w:val="20"/>
          <w:szCs w:val="20"/>
        </w:rPr>
        <w:t>Przyjmuję</w:t>
      </w:r>
      <w:proofErr w:type="spellEnd"/>
      <w:r w:rsidRPr="00F06EBD">
        <w:rPr>
          <w:rFonts w:ascii="Verdana" w:hAnsi="Verdana"/>
          <w:sz w:val="20"/>
          <w:szCs w:val="20"/>
        </w:rPr>
        <w:t xml:space="preserve"> do </w:t>
      </w:r>
      <w:proofErr w:type="spellStart"/>
      <w:r w:rsidRPr="00F06EBD">
        <w:rPr>
          <w:rFonts w:ascii="Verdana" w:hAnsi="Verdana"/>
          <w:sz w:val="20"/>
          <w:szCs w:val="20"/>
        </w:rPr>
        <w:t>wiadomości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rekomendację</w:t>
      </w:r>
      <w:proofErr w:type="spellEnd"/>
      <w:r w:rsidRPr="00F06EBD">
        <w:rPr>
          <w:rFonts w:ascii="Verdana" w:hAnsi="Verdana"/>
          <w:sz w:val="20"/>
          <w:szCs w:val="20"/>
        </w:rPr>
        <w:t xml:space="preserve">, aby </w:t>
      </w:r>
      <w:proofErr w:type="spellStart"/>
      <w:r w:rsidRPr="00F06EBD">
        <w:rPr>
          <w:rFonts w:ascii="Verdana" w:hAnsi="Verdana"/>
          <w:sz w:val="20"/>
          <w:szCs w:val="20"/>
        </w:rPr>
        <w:t>uczestnik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zajęć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świetlicowych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posiadał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indywidualne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ubezpieczenie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NNW. </w:t>
      </w:r>
      <w:proofErr w:type="spellStart"/>
      <w:r w:rsidRPr="00F06EBD">
        <w:rPr>
          <w:rFonts w:ascii="Verdana" w:hAnsi="Verdana"/>
          <w:sz w:val="20"/>
          <w:szCs w:val="20"/>
        </w:rPr>
        <w:t>Świetlica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zapewnia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uczestnikom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indywidualnego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ubezpieczenia</w:t>
      </w:r>
      <w:proofErr w:type="spellEnd"/>
      <w:r w:rsidRPr="00F06EBD">
        <w:rPr>
          <w:rFonts w:ascii="Verdana" w:hAnsi="Verdana"/>
          <w:sz w:val="20"/>
          <w:szCs w:val="20"/>
        </w:rPr>
        <w:t xml:space="preserve"> NNW.</w:t>
      </w:r>
      <w:r w:rsidRPr="00F06EBD">
        <w:rPr>
          <w:rFonts w:ascii="Verdana" w:hAnsi="Verdana"/>
          <w:sz w:val="20"/>
          <w:szCs w:val="20"/>
        </w:rPr>
        <w:br/>
        <w:t xml:space="preserve">b) </w:t>
      </w:r>
      <w:proofErr w:type="spellStart"/>
      <w:r w:rsidRPr="00F06EBD">
        <w:rPr>
          <w:rFonts w:ascii="Verdana" w:hAnsi="Verdana"/>
          <w:sz w:val="20"/>
          <w:szCs w:val="20"/>
        </w:rPr>
        <w:t>Zobowiązuję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się</w:t>
      </w:r>
      <w:proofErr w:type="spellEnd"/>
      <w:r w:rsidRPr="00F06EBD">
        <w:rPr>
          <w:rFonts w:ascii="Verdana" w:hAnsi="Verdana"/>
          <w:sz w:val="20"/>
          <w:szCs w:val="20"/>
        </w:rPr>
        <w:t xml:space="preserve"> do </w:t>
      </w:r>
      <w:proofErr w:type="spellStart"/>
      <w:r w:rsidRPr="00F06EBD">
        <w:rPr>
          <w:rFonts w:ascii="Verdana" w:hAnsi="Verdana"/>
          <w:sz w:val="20"/>
          <w:szCs w:val="20"/>
        </w:rPr>
        <w:t>pokrycia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kosztów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szkód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materialnych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wyrządzonych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umyślnie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przez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moje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dziecko</w:t>
      </w:r>
      <w:proofErr w:type="spellEnd"/>
      <w:r w:rsidRPr="00F06EBD">
        <w:rPr>
          <w:rFonts w:ascii="Verdana" w:hAnsi="Verdana"/>
          <w:sz w:val="20"/>
          <w:szCs w:val="20"/>
        </w:rPr>
        <w:t xml:space="preserve"> w </w:t>
      </w:r>
      <w:proofErr w:type="spellStart"/>
      <w:r w:rsidRPr="00F06EBD">
        <w:rPr>
          <w:rFonts w:ascii="Verdana" w:hAnsi="Verdana"/>
          <w:sz w:val="20"/>
          <w:szCs w:val="20"/>
        </w:rPr>
        <w:t>mieniu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Świetlicy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na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zasadach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określonych</w:t>
      </w:r>
      <w:proofErr w:type="spellEnd"/>
      <w:r w:rsidRPr="00F06EBD">
        <w:rPr>
          <w:rFonts w:ascii="Verdana" w:hAnsi="Verdana"/>
          <w:sz w:val="20"/>
          <w:szCs w:val="20"/>
        </w:rPr>
        <w:t xml:space="preserve"> w </w:t>
      </w:r>
      <w:proofErr w:type="spellStart"/>
      <w:r w:rsidRPr="00F06EBD">
        <w:rPr>
          <w:rFonts w:ascii="Verdana" w:hAnsi="Verdana"/>
          <w:sz w:val="20"/>
          <w:szCs w:val="20"/>
        </w:rPr>
        <w:t>przepisach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Kodeksu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Cywilnego</w:t>
      </w:r>
      <w:proofErr w:type="spellEnd"/>
      <w:r w:rsidRPr="00F06EBD">
        <w:rPr>
          <w:rFonts w:ascii="Verdana" w:hAnsi="Verdana"/>
          <w:sz w:val="20"/>
          <w:szCs w:val="20"/>
        </w:rPr>
        <w:t>.</w:t>
      </w:r>
      <w:r w:rsidRPr="00F06EBD">
        <w:rPr>
          <w:rFonts w:ascii="Verdana" w:hAnsi="Verdana"/>
          <w:sz w:val="20"/>
          <w:szCs w:val="20"/>
        </w:rPr>
        <w:br/>
      </w:r>
      <w:r w:rsidRPr="00F06EBD">
        <w:rPr>
          <w:rFonts w:ascii="Verdana" w:hAnsi="Verdana"/>
          <w:sz w:val="20"/>
          <w:szCs w:val="20"/>
        </w:rPr>
        <w:br/>
        <w:t>4. KLAUZULA INFORMACYJNA RODO:</w:t>
      </w:r>
      <w:r w:rsidRPr="00F06EBD">
        <w:rPr>
          <w:rFonts w:ascii="Verdana" w:hAnsi="Verdana"/>
          <w:sz w:val="20"/>
          <w:szCs w:val="20"/>
        </w:rPr>
        <w:br/>
      </w:r>
      <w:proofErr w:type="spellStart"/>
      <w:r w:rsidRPr="00F06EBD">
        <w:rPr>
          <w:rFonts w:ascii="Verdana" w:hAnsi="Verdana"/>
          <w:sz w:val="20"/>
          <w:szCs w:val="20"/>
        </w:rPr>
        <w:t>Przyjmuję</w:t>
      </w:r>
      <w:proofErr w:type="spellEnd"/>
      <w:r w:rsidRPr="00F06EBD">
        <w:rPr>
          <w:rFonts w:ascii="Verdana" w:hAnsi="Verdana"/>
          <w:sz w:val="20"/>
          <w:szCs w:val="20"/>
        </w:rPr>
        <w:t xml:space="preserve"> do </w:t>
      </w:r>
      <w:proofErr w:type="spellStart"/>
      <w:r w:rsidRPr="00F06EBD">
        <w:rPr>
          <w:rFonts w:ascii="Verdana" w:hAnsi="Verdana"/>
          <w:sz w:val="20"/>
          <w:szCs w:val="20"/>
        </w:rPr>
        <w:t>wiadomości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że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dane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osobowe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moje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oraz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mojego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dziecka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są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przetwarzane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przez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Administratora</w:t>
      </w:r>
      <w:proofErr w:type="spellEnd"/>
      <w:r w:rsidRPr="00F06EBD">
        <w:rPr>
          <w:rFonts w:ascii="Verdana" w:hAnsi="Verdana"/>
          <w:sz w:val="20"/>
          <w:szCs w:val="20"/>
        </w:rPr>
        <w:t xml:space="preserve"> – </w:t>
      </w:r>
      <w:proofErr w:type="spellStart"/>
      <w:r w:rsidRPr="00F06EBD">
        <w:rPr>
          <w:rFonts w:ascii="Verdana" w:hAnsi="Verdana"/>
          <w:sz w:val="20"/>
          <w:szCs w:val="20"/>
        </w:rPr>
        <w:t>Świetlicę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Środowiskową</w:t>
      </w:r>
      <w:proofErr w:type="spellEnd"/>
      <w:r w:rsidRPr="00F06EBD">
        <w:rPr>
          <w:rFonts w:ascii="Verdana" w:hAnsi="Verdana"/>
          <w:sz w:val="20"/>
          <w:szCs w:val="20"/>
        </w:rPr>
        <w:t xml:space="preserve"> „</w:t>
      </w:r>
      <w:proofErr w:type="spellStart"/>
      <w:r w:rsidRPr="00F06EBD">
        <w:rPr>
          <w:rFonts w:ascii="Verdana" w:hAnsi="Verdana"/>
          <w:sz w:val="20"/>
          <w:szCs w:val="20"/>
        </w:rPr>
        <w:t>Świetlik</w:t>
      </w:r>
      <w:proofErr w:type="spellEnd"/>
      <w:r w:rsidRPr="00F06EBD">
        <w:rPr>
          <w:rFonts w:ascii="Verdana" w:hAnsi="Verdana"/>
          <w:sz w:val="20"/>
          <w:szCs w:val="20"/>
        </w:rPr>
        <w:t>” (</w:t>
      </w:r>
      <w:proofErr w:type="spellStart"/>
      <w:r w:rsidRPr="00F06EBD">
        <w:rPr>
          <w:rFonts w:ascii="Verdana" w:hAnsi="Verdana"/>
          <w:sz w:val="20"/>
          <w:szCs w:val="20"/>
        </w:rPr>
        <w:t>ul</w:t>
      </w:r>
      <w:proofErr w:type="spellEnd"/>
      <w:r w:rsidRPr="00F06EBD">
        <w:rPr>
          <w:rFonts w:ascii="Verdana" w:hAnsi="Verdana"/>
          <w:sz w:val="20"/>
          <w:szCs w:val="20"/>
        </w:rPr>
        <w:t xml:space="preserve">. </w:t>
      </w:r>
      <w:proofErr w:type="spellStart"/>
      <w:r w:rsidRPr="00F06EBD">
        <w:rPr>
          <w:rFonts w:ascii="Verdana" w:hAnsi="Verdana"/>
          <w:sz w:val="20"/>
          <w:szCs w:val="20"/>
        </w:rPr>
        <w:t>Spokojna</w:t>
      </w:r>
      <w:proofErr w:type="spellEnd"/>
      <w:r w:rsidRPr="00F06EBD">
        <w:rPr>
          <w:rFonts w:ascii="Verdana" w:hAnsi="Verdana"/>
          <w:sz w:val="20"/>
          <w:szCs w:val="20"/>
        </w:rPr>
        <w:t xml:space="preserve"> 23, 05-090 </w:t>
      </w:r>
      <w:proofErr w:type="spellStart"/>
      <w:r w:rsidRPr="00F06EBD">
        <w:rPr>
          <w:rFonts w:ascii="Verdana" w:hAnsi="Verdana"/>
          <w:sz w:val="20"/>
          <w:szCs w:val="20"/>
        </w:rPr>
        <w:t>Rybie</w:t>
      </w:r>
      <w:proofErr w:type="spellEnd"/>
      <w:r w:rsidRPr="00F06EBD">
        <w:rPr>
          <w:rFonts w:ascii="Verdana" w:hAnsi="Verdana"/>
          <w:sz w:val="20"/>
          <w:szCs w:val="20"/>
        </w:rPr>
        <w:t xml:space="preserve">) </w:t>
      </w:r>
      <w:proofErr w:type="spellStart"/>
      <w:r w:rsidRPr="00F06EBD">
        <w:rPr>
          <w:rFonts w:ascii="Verdana" w:hAnsi="Verdana"/>
          <w:sz w:val="20"/>
          <w:szCs w:val="20"/>
        </w:rPr>
        <w:t>na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podstawie</w:t>
      </w:r>
      <w:proofErr w:type="spellEnd"/>
      <w:r w:rsidRPr="00F06EBD">
        <w:rPr>
          <w:rFonts w:ascii="Verdana" w:hAnsi="Verdana"/>
          <w:sz w:val="20"/>
          <w:szCs w:val="20"/>
        </w:rPr>
        <w:t xml:space="preserve"> art. 6 </w:t>
      </w:r>
      <w:proofErr w:type="spellStart"/>
      <w:r w:rsidRPr="00F06EBD">
        <w:rPr>
          <w:rFonts w:ascii="Verdana" w:hAnsi="Verdana"/>
          <w:sz w:val="20"/>
          <w:szCs w:val="20"/>
        </w:rPr>
        <w:t>ust</w:t>
      </w:r>
      <w:proofErr w:type="spellEnd"/>
      <w:r w:rsidRPr="00F06EBD">
        <w:rPr>
          <w:rFonts w:ascii="Verdana" w:hAnsi="Verdana"/>
          <w:sz w:val="20"/>
          <w:szCs w:val="20"/>
        </w:rPr>
        <w:t xml:space="preserve">. 1 lit. c RODO, w </w:t>
      </w:r>
      <w:proofErr w:type="spellStart"/>
      <w:r w:rsidRPr="00F06EBD">
        <w:rPr>
          <w:rFonts w:ascii="Verdana" w:hAnsi="Verdana"/>
          <w:sz w:val="20"/>
          <w:szCs w:val="20"/>
        </w:rPr>
        <w:t>celu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realizacji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ustawowych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obowiązków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opiekuńczo-wychowawczych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wynikających</w:t>
      </w:r>
      <w:proofErr w:type="spellEnd"/>
      <w:r w:rsidRPr="00F06EBD">
        <w:rPr>
          <w:rFonts w:ascii="Verdana" w:hAnsi="Verdana"/>
          <w:sz w:val="20"/>
          <w:szCs w:val="20"/>
        </w:rPr>
        <w:t xml:space="preserve"> z </w:t>
      </w:r>
      <w:proofErr w:type="spellStart"/>
      <w:r w:rsidRPr="00F06EBD">
        <w:rPr>
          <w:rFonts w:ascii="Verdana" w:hAnsi="Verdana"/>
          <w:sz w:val="20"/>
          <w:szCs w:val="20"/>
        </w:rPr>
        <w:t>ustawy</w:t>
      </w:r>
      <w:proofErr w:type="spellEnd"/>
      <w:r w:rsidRPr="00F06EBD">
        <w:rPr>
          <w:rFonts w:ascii="Verdana" w:hAnsi="Verdana"/>
          <w:sz w:val="20"/>
          <w:szCs w:val="20"/>
        </w:rPr>
        <w:t xml:space="preserve"> z </w:t>
      </w:r>
      <w:proofErr w:type="spellStart"/>
      <w:r w:rsidRPr="00F06EBD">
        <w:rPr>
          <w:rFonts w:ascii="Verdana" w:hAnsi="Verdana"/>
          <w:sz w:val="20"/>
          <w:szCs w:val="20"/>
        </w:rPr>
        <w:t>dnia</w:t>
      </w:r>
      <w:proofErr w:type="spellEnd"/>
      <w:r w:rsidRPr="00F06EBD">
        <w:rPr>
          <w:rFonts w:ascii="Verdana" w:hAnsi="Verdana"/>
          <w:sz w:val="20"/>
          <w:szCs w:val="20"/>
        </w:rPr>
        <w:t xml:space="preserve"> 9 </w:t>
      </w:r>
      <w:proofErr w:type="spellStart"/>
      <w:r w:rsidRPr="00F06EBD">
        <w:rPr>
          <w:rFonts w:ascii="Verdana" w:hAnsi="Verdana"/>
          <w:sz w:val="20"/>
          <w:szCs w:val="20"/>
        </w:rPr>
        <w:t>czerwca</w:t>
      </w:r>
      <w:proofErr w:type="spellEnd"/>
      <w:r w:rsidRPr="00F06EBD">
        <w:rPr>
          <w:rFonts w:ascii="Verdana" w:hAnsi="Verdana"/>
          <w:sz w:val="20"/>
          <w:szCs w:val="20"/>
        </w:rPr>
        <w:t xml:space="preserve"> 2011 r. o </w:t>
      </w:r>
      <w:proofErr w:type="spellStart"/>
      <w:r w:rsidRPr="00F06EBD">
        <w:rPr>
          <w:rFonts w:ascii="Verdana" w:hAnsi="Verdana"/>
          <w:sz w:val="20"/>
          <w:szCs w:val="20"/>
        </w:rPr>
        <w:t>wspieraniu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rodziny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i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systemie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pieczy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zastępczej</w:t>
      </w:r>
      <w:proofErr w:type="spellEnd"/>
      <w:r w:rsidRPr="00F06EBD">
        <w:rPr>
          <w:rFonts w:ascii="Verdana" w:hAnsi="Verdana"/>
          <w:sz w:val="20"/>
          <w:szCs w:val="20"/>
        </w:rPr>
        <w:t xml:space="preserve">. </w:t>
      </w:r>
      <w:proofErr w:type="spellStart"/>
      <w:r w:rsidRPr="00F06EBD">
        <w:rPr>
          <w:rFonts w:ascii="Verdana" w:hAnsi="Verdana"/>
          <w:sz w:val="20"/>
          <w:szCs w:val="20"/>
        </w:rPr>
        <w:t>Zapoznałem</w:t>
      </w:r>
      <w:proofErr w:type="spellEnd"/>
      <w:r w:rsidRPr="00F06EBD">
        <w:rPr>
          <w:rFonts w:ascii="Verdana" w:hAnsi="Verdana"/>
          <w:sz w:val="20"/>
          <w:szCs w:val="20"/>
        </w:rPr>
        <w:t xml:space="preserve">/am </w:t>
      </w:r>
      <w:proofErr w:type="spellStart"/>
      <w:r w:rsidRPr="00F06EBD">
        <w:rPr>
          <w:rFonts w:ascii="Verdana" w:hAnsi="Verdana"/>
          <w:sz w:val="20"/>
          <w:szCs w:val="20"/>
        </w:rPr>
        <w:t>się</w:t>
      </w:r>
      <w:proofErr w:type="spellEnd"/>
      <w:r w:rsidRPr="00F06EBD">
        <w:rPr>
          <w:rFonts w:ascii="Verdana" w:hAnsi="Verdana"/>
          <w:sz w:val="20"/>
          <w:szCs w:val="20"/>
        </w:rPr>
        <w:t xml:space="preserve"> z </w:t>
      </w:r>
      <w:proofErr w:type="spellStart"/>
      <w:r w:rsidRPr="00F06EBD">
        <w:rPr>
          <w:rFonts w:ascii="Verdana" w:hAnsi="Verdana"/>
          <w:sz w:val="20"/>
          <w:szCs w:val="20"/>
        </w:rPr>
        <w:t>pełną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treścią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Klauzuli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Informacyjnej</w:t>
      </w:r>
      <w:proofErr w:type="spellEnd"/>
      <w:r w:rsidRPr="00F06EBD">
        <w:rPr>
          <w:rFonts w:ascii="Verdana" w:hAnsi="Verdana"/>
          <w:sz w:val="20"/>
          <w:szCs w:val="20"/>
        </w:rPr>
        <w:t xml:space="preserve"> RODO </w:t>
      </w:r>
      <w:proofErr w:type="spellStart"/>
      <w:r w:rsidRPr="00F06EBD">
        <w:rPr>
          <w:rFonts w:ascii="Verdana" w:hAnsi="Verdana"/>
          <w:sz w:val="20"/>
          <w:szCs w:val="20"/>
        </w:rPr>
        <w:t>dostępnej</w:t>
      </w:r>
      <w:proofErr w:type="spellEnd"/>
      <w:r w:rsidRPr="00F06EBD">
        <w:rPr>
          <w:rFonts w:ascii="Verdana" w:hAnsi="Verdana"/>
          <w:sz w:val="20"/>
          <w:szCs w:val="20"/>
        </w:rPr>
        <w:t xml:space="preserve"> w </w:t>
      </w:r>
      <w:proofErr w:type="spellStart"/>
      <w:r w:rsidRPr="00F06EBD">
        <w:rPr>
          <w:rFonts w:ascii="Verdana" w:hAnsi="Verdana"/>
          <w:sz w:val="20"/>
          <w:szCs w:val="20"/>
        </w:rPr>
        <w:t>siedzibie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Świetlicy</w:t>
      </w:r>
      <w:proofErr w:type="spellEnd"/>
      <w:r w:rsidRPr="00F06EBD">
        <w:rPr>
          <w:rFonts w:ascii="Verdana" w:hAnsi="Verdana"/>
          <w:sz w:val="20"/>
          <w:szCs w:val="20"/>
        </w:rPr>
        <w:t>.</w:t>
      </w:r>
      <w:r w:rsidRPr="00F06EBD">
        <w:rPr>
          <w:rFonts w:ascii="Verdana" w:hAnsi="Verdana"/>
          <w:sz w:val="20"/>
          <w:szCs w:val="20"/>
        </w:rPr>
        <w:br/>
      </w:r>
      <w:r w:rsidRPr="00F06EBD">
        <w:rPr>
          <w:rFonts w:ascii="Verdana" w:hAnsi="Verdana"/>
          <w:sz w:val="20"/>
          <w:szCs w:val="20"/>
        </w:rPr>
        <w:br/>
        <w:t>5. ZGODA NA WYKORZYSTANIE WIZERUNKU (</w:t>
      </w:r>
      <w:proofErr w:type="spellStart"/>
      <w:r w:rsidRPr="00F06EBD">
        <w:rPr>
          <w:rFonts w:ascii="Verdana" w:hAnsi="Verdana"/>
          <w:sz w:val="20"/>
          <w:szCs w:val="20"/>
        </w:rPr>
        <w:t>opcjonalna</w:t>
      </w:r>
      <w:proofErr w:type="spellEnd"/>
      <w:r w:rsidRPr="00F06EBD">
        <w:rPr>
          <w:rFonts w:ascii="Verdana" w:hAnsi="Verdana"/>
          <w:sz w:val="20"/>
          <w:szCs w:val="20"/>
        </w:rPr>
        <w:t>):</w:t>
      </w:r>
      <w:r w:rsidRPr="00F06EBD">
        <w:rPr>
          <w:rFonts w:ascii="Verdana" w:hAnsi="Verdana"/>
          <w:sz w:val="20"/>
          <w:szCs w:val="20"/>
        </w:rPr>
        <w:br/>
      </w:r>
      <w:proofErr w:type="spellStart"/>
      <w:r w:rsidRPr="00F06EBD">
        <w:rPr>
          <w:rFonts w:ascii="Verdana" w:hAnsi="Verdana"/>
          <w:sz w:val="20"/>
          <w:szCs w:val="20"/>
        </w:rPr>
        <w:t>Wyrażam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zgodę</w:t>
      </w:r>
      <w:proofErr w:type="spellEnd"/>
      <w:r w:rsidRPr="00F06EBD">
        <w:rPr>
          <w:rFonts w:ascii="Verdana" w:hAnsi="Verdana"/>
          <w:sz w:val="20"/>
          <w:szCs w:val="20"/>
        </w:rPr>
        <w:t xml:space="preserve">: [  ] TAK / [  ] NIE </w:t>
      </w:r>
      <w:proofErr w:type="spellStart"/>
      <w:r w:rsidRPr="00F06EBD">
        <w:rPr>
          <w:rFonts w:ascii="Verdana" w:hAnsi="Verdana"/>
          <w:sz w:val="20"/>
          <w:szCs w:val="20"/>
        </w:rPr>
        <w:t>na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nieodpłatne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utrwalanie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publikowanie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i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rozpowszechnianie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wizerunku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mojego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dziecka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przez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Świetlicę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Środowiskową</w:t>
      </w:r>
      <w:proofErr w:type="spellEnd"/>
      <w:r w:rsidRPr="00F06EBD">
        <w:rPr>
          <w:rFonts w:ascii="Verdana" w:hAnsi="Verdana"/>
          <w:sz w:val="20"/>
          <w:szCs w:val="20"/>
        </w:rPr>
        <w:t xml:space="preserve"> „</w:t>
      </w:r>
      <w:proofErr w:type="spellStart"/>
      <w:r w:rsidRPr="00F06EBD">
        <w:rPr>
          <w:rFonts w:ascii="Verdana" w:hAnsi="Verdana"/>
          <w:sz w:val="20"/>
          <w:szCs w:val="20"/>
        </w:rPr>
        <w:t>Świetlik</w:t>
      </w:r>
      <w:proofErr w:type="spellEnd"/>
      <w:r w:rsidRPr="00F06EBD">
        <w:rPr>
          <w:rFonts w:ascii="Verdana" w:hAnsi="Verdana"/>
          <w:sz w:val="20"/>
          <w:szCs w:val="20"/>
        </w:rPr>
        <w:t xml:space="preserve">” w </w:t>
      </w:r>
      <w:proofErr w:type="spellStart"/>
      <w:r w:rsidRPr="00F06EBD">
        <w:rPr>
          <w:rFonts w:ascii="Verdana" w:hAnsi="Verdana"/>
          <w:sz w:val="20"/>
          <w:szCs w:val="20"/>
        </w:rPr>
        <w:t>celach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informacyjnych</w:t>
      </w:r>
      <w:proofErr w:type="spellEnd"/>
      <w:r w:rsidRPr="00F06EBD">
        <w:rPr>
          <w:rFonts w:ascii="Verdana" w:hAnsi="Verdana"/>
          <w:sz w:val="20"/>
          <w:szCs w:val="20"/>
        </w:rPr>
        <w:t xml:space="preserve">, </w:t>
      </w:r>
      <w:proofErr w:type="spellStart"/>
      <w:r w:rsidRPr="00F06EBD">
        <w:rPr>
          <w:rFonts w:ascii="Verdana" w:hAnsi="Verdana"/>
          <w:sz w:val="20"/>
          <w:szCs w:val="20"/>
        </w:rPr>
        <w:t>promocyjnych</w:t>
      </w:r>
      <w:proofErr w:type="spellEnd"/>
      <w:r w:rsidRPr="00F06EBD">
        <w:rPr>
          <w:rFonts w:ascii="Verdana" w:hAnsi="Verdana"/>
          <w:sz w:val="20"/>
          <w:szCs w:val="20"/>
        </w:rPr>
        <w:t xml:space="preserve"> (m.in. </w:t>
      </w:r>
      <w:proofErr w:type="spellStart"/>
      <w:r w:rsidRPr="00F06EBD">
        <w:rPr>
          <w:rFonts w:ascii="Verdana" w:hAnsi="Verdana"/>
          <w:sz w:val="20"/>
          <w:szCs w:val="20"/>
        </w:rPr>
        <w:t>na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stronie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internetowej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placówki</w:t>
      </w:r>
      <w:proofErr w:type="spellEnd"/>
      <w:r w:rsidRPr="00F06EBD">
        <w:rPr>
          <w:rFonts w:ascii="Verdana" w:hAnsi="Verdana"/>
          <w:sz w:val="20"/>
          <w:szCs w:val="20"/>
        </w:rPr>
        <w:t xml:space="preserve"> </w:t>
      </w:r>
      <w:proofErr w:type="spellStart"/>
      <w:r w:rsidRPr="00F06EBD">
        <w:rPr>
          <w:rFonts w:ascii="Verdana" w:hAnsi="Verdana"/>
          <w:sz w:val="20"/>
          <w:szCs w:val="20"/>
        </w:rPr>
        <w:t>oraz</w:t>
      </w:r>
      <w:proofErr w:type="spellEnd"/>
      <w:r w:rsidRPr="00F06EBD">
        <w:rPr>
          <w:rFonts w:ascii="Verdana" w:hAnsi="Verdana"/>
          <w:sz w:val="20"/>
          <w:szCs w:val="20"/>
        </w:rPr>
        <w:t xml:space="preserve"> w </w:t>
      </w:r>
      <w:proofErr w:type="spellStart"/>
      <w:r w:rsidRPr="00F06EBD">
        <w:rPr>
          <w:rFonts w:ascii="Verdana" w:hAnsi="Verdana"/>
          <w:sz w:val="20"/>
          <w:szCs w:val="20"/>
        </w:rPr>
        <w:t>kronice</w:t>
      </w:r>
      <w:proofErr w:type="spellEnd"/>
      <w:r w:rsidRPr="00F06EBD">
        <w:rPr>
          <w:rFonts w:ascii="Verdana" w:hAnsi="Verdana"/>
          <w:sz w:val="20"/>
          <w:szCs w:val="20"/>
        </w:rPr>
        <w:t xml:space="preserve">), </w:t>
      </w:r>
      <w:proofErr w:type="spellStart"/>
      <w:r w:rsidRPr="00F06EBD">
        <w:rPr>
          <w:rFonts w:ascii="Verdana" w:hAnsi="Verdana"/>
          <w:sz w:val="20"/>
          <w:szCs w:val="20"/>
        </w:rPr>
        <w:t>zgodnie</w:t>
      </w:r>
      <w:proofErr w:type="spellEnd"/>
      <w:r w:rsidRPr="00F06EBD">
        <w:rPr>
          <w:rFonts w:ascii="Verdana" w:hAnsi="Verdana"/>
          <w:sz w:val="20"/>
          <w:szCs w:val="20"/>
        </w:rPr>
        <w:t xml:space="preserve"> z art. 6 ust. 1 lit. a RODO.</w:t>
      </w:r>
    </w:p>
    <w:p w14:paraId="08409ACE" w14:textId="77777777" w:rsidR="00DE7CB9" w:rsidRDefault="00DE7CB9" w:rsidP="00DE7CB9">
      <w:pPr>
        <w:spacing w:after="80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Rybie</w:t>
      </w:r>
      <w:proofErr w:type="spellEnd"/>
      <w:r>
        <w:rPr>
          <w:rFonts w:ascii="Verdana" w:hAnsi="Verdana"/>
          <w:sz w:val="20"/>
          <w:szCs w:val="20"/>
        </w:rPr>
        <w:t>/</w:t>
      </w:r>
      <w:proofErr w:type="spellStart"/>
      <w:r>
        <w:rPr>
          <w:rFonts w:ascii="Verdana" w:hAnsi="Verdana"/>
          <w:sz w:val="20"/>
          <w:szCs w:val="20"/>
        </w:rPr>
        <w:t>Nowe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Grocholice</w:t>
      </w:r>
      <w:proofErr w:type="spellEnd"/>
      <w:r w:rsidR="003355A9">
        <w:rPr>
          <w:rFonts w:ascii="Verdana" w:hAnsi="Verdana"/>
          <w:sz w:val="20"/>
          <w:szCs w:val="20"/>
        </w:rPr>
        <w:t xml:space="preserve"> dn. ..........</w:t>
      </w:r>
      <w:r>
        <w:rPr>
          <w:rFonts w:ascii="Verdana" w:hAnsi="Verdana"/>
          <w:sz w:val="20"/>
          <w:szCs w:val="20"/>
        </w:rPr>
        <w:t xml:space="preserve"> 2026 r.              </w:t>
      </w:r>
    </w:p>
    <w:p w14:paraId="20D11B91" w14:textId="11DA364F" w:rsidR="00DE7CB9" w:rsidRPr="00F06EBD" w:rsidRDefault="00DE7CB9" w:rsidP="00DE7CB9">
      <w:pPr>
        <w:spacing w:after="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……</w:t>
      </w:r>
      <w:r w:rsidRPr="00F06EBD">
        <w:rPr>
          <w:rFonts w:ascii="Verdana" w:hAnsi="Verdana"/>
          <w:sz w:val="20"/>
          <w:szCs w:val="20"/>
        </w:rPr>
        <w:t>............................................................</w:t>
      </w:r>
    </w:p>
    <w:p w14:paraId="111B3FDA" w14:textId="2741E3C4" w:rsidR="00DE7CB9" w:rsidRPr="00B63D45" w:rsidRDefault="00DE7CB9" w:rsidP="00DE7CB9">
      <w:pPr>
        <w:spacing w:after="240"/>
        <w:rPr>
          <w:rFonts w:ascii="Verdana" w:hAnsi="Verdana"/>
          <w:sz w:val="16"/>
          <w:szCs w:val="16"/>
        </w:rPr>
      </w:pPr>
      <w:r w:rsidRPr="003355A9">
        <w:rPr>
          <w:rFonts w:ascii="Verdana" w:hAnsi="Verdana"/>
          <w:i/>
          <w:sz w:val="16"/>
          <w:szCs w:val="16"/>
        </w:rPr>
        <w:t xml:space="preserve">                                        </w:t>
      </w:r>
      <w:r>
        <w:rPr>
          <w:rFonts w:ascii="Verdana" w:hAnsi="Verdana"/>
          <w:i/>
          <w:sz w:val="16"/>
          <w:szCs w:val="16"/>
        </w:rPr>
        <w:t xml:space="preserve">                  </w:t>
      </w:r>
      <w:r w:rsidRPr="003355A9">
        <w:rPr>
          <w:rFonts w:ascii="Verdana" w:hAnsi="Verdana"/>
          <w:i/>
          <w:sz w:val="16"/>
          <w:szCs w:val="16"/>
        </w:rPr>
        <w:t xml:space="preserve">                          </w:t>
      </w:r>
      <w:r>
        <w:rPr>
          <w:rFonts w:ascii="Verdana" w:hAnsi="Verdana"/>
          <w:i/>
          <w:sz w:val="16"/>
          <w:szCs w:val="16"/>
        </w:rPr>
        <w:t xml:space="preserve">          </w:t>
      </w:r>
      <w:bookmarkStart w:id="0" w:name="_GoBack"/>
      <w:bookmarkEnd w:id="0"/>
      <w:r w:rsidRPr="003355A9">
        <w:rPr>
          <w:rFonts w:ascii="Verdana" w:hAnsi="Verdana"/>
          <w:i/>
          <w:sz w:val="16"/>
          <w:szCs w:val="16"/>
        </w:rPr>
        <w:t xml:space="preserve">   (</w:t>
      </w:r>
      <w:proofErr w:type="spellStart"/>
      <w:r w:rsidRPr="003355A9">
        <w:rPr>
          <w:rFonts w:ascii="Verdana" w:hAnsi="Verdana"/>
          <w:i/>
          <w:sz w:val="16"/>
          <w:szCs w:val="16"/>
        </w:rPr>
        <w:t>czytelny</w:t>
      </w:r>
      <w:proofErr w:type="spellEnd"/>
      <w:r w:rsidRPr="003355A9">
        <w:rPr>
          <w:rFonts w:ascii="Verdana" w:hAnsi="Verdana"/>
          <w:i/>
          <w:sz w:val="16"/>
          <w:szCs w:val="16"/>
        </w:rPr>
        <w:t xml:space="preserve"> </w:t>
      </w:r>
      <w:proofErr w:type="spellStart"/>
      <w:r w:rsidRPr="003355A9">
        <w:rPr>
          <w:rFonts w:ascii="Verdana" w:hAnsi="Verdana"/>
          <w:i/>
          <w:sz w:val="16"/>
          <w:szCs w:val="16"/>
        </w:rPr>
        <w:t>podpis</w:t>
      </w:r>
      <w:proofErr w:type="spellEnd"/>
      <w:r w:rsidRPr="003355A9">
        <w:rPr>
          <w:rFonts w:ascii="Verdana" w:hAnsi="Verdana"/>
          <w:i/>
          <w:sz w:val="16"/>
          <w:szCs w:val="16"/>
        </w:rPr>
        <w:t xml:space="preserve"> </w:t>
      </w:r>
      <w:proofErr w:type="spellStart"/>
      <w:r w:rsidRPr="003355A9">
        <w:rPr>
          <w:rFonts w:ascii="Verdana" w:hAnsi="Verdana"/>
          <w:i/>
          <w:sz w:val="16"/>
          <w:szCs w:val="16"/>
        </w:rPr>
        <w:t>rodzica</w:t>
      </w:r>
      <w:proofErr w:type="spellEnd"/>
      <w:r w:rsidRPr="003355A9">
        <w:rPr>
          <w:rFonts w:ascii="Verdana" w:hAnsi="Verdana"/>
          <w:i/>
          <w:sz w:val="16"/>
          <w:szCs w:val="16"/>
        </w:rPr>
        <w:t>/</w:t>
      </w:r>
      <w:proofErr w:type="spellStart"/>
      <w:r w:rsidRPr="003355A9">
        <w:rPr>
          <w:rFonts w:ascii="Verdana" w:hAnsi="Verdana"/>
          <w:i/>
          <w:sz w:val="16"/>
          <w:szCs w:val="16"/>
        </w:rPr>
        <w:t>opiekuna</w:t>
      </w:r>
      <w:proofErr w:type="spellEnd"/>
      <w:r w:rsidRPr="003355A9">
        <w:rPr>
          <w:rFonts w:ascii="Verdana" w:hAnsi="Verdana"/>
          <w:i/>
          <w:sz w:val="16"/>
          <w:szCs w:val="16"/>
        </w:rPr>
        <w:t xml:space="preserve"> </w:t>
      </w:r>
      <w:proofErr w:type="spellStart"/>
      <w:r w:rsidRPr="003355A9">
        <w:rPr>
          <w:rFonts w:ascii="Verdana" w:hAnsi="Verdana"/>
          <w:i/>
          <w:sz w:val="16"/>
          <w:szCs w:val="16"/>
        </w:rPr>
        <w:t>prawnego</w:t>
      </w:r>
      <w:proofErr w:type="spellEnd"/>
      <w:r w:rsidRPr="003355A9">
        <w:rPr>
          <w:rFonts w:ascii="Verdana" w:hAnsi="Verdana"/>
          <w:i/>
          <w:sz w:val="16"/>
          <w:szCs w:val="16"/>
        </w:rPr>
        <w:t>)</w:t>
      </w:r>
    </w:p>
    <w:p w14:paraId="5D6D4E2F" w14:textId="77777777" w:rsidR="00DE7CB9" w:rsidRDefault="00DE7CB9" w:rsidP="00DE7CB9">
      <w:pPr>
        <w:spacing w:after="80"/>
        <w:rPr>
          <w:rFonts w:ascii="Verdana" w:hAnsi="Verdana"/>
          <w:sz w:val="20"/>
          <w:szCs w:val="20"/>
        </w:rPr>
      </w:pPr>
    </w:p>
    <w:p w14:paraId="0EB6C530" w14:textId="1AEA126A" w:rsidR="00871547" w:rsidRDefault="00871547" w:rsidP="00DE7CB9">
      <w:pPr>
        <w:spacing w:after="80"/>
        <w:rPr>
          <w:rFonts w:ascii="Verdana" w:hAnsi="Verdana"/>
          <w:sz w:val="20"/>
          <w:szCs w:val="20"/>
        </w:rPr>
      </w:pPr>
    </w:p>
    <w:p w14:paraId="385A101A" w14:textId="77777777" w:rsidR="00C262FB" w:rsidRDefault="00C262FB" w:rsidP="00C262FB">
      <w:pPr>
        <w:spacing w:after="80"/>
        <w:ind w:left="3600" w:firstLine="720"/>
        <w:rPr>
          <w:rFonts w:ascii="Verdana" w:hAnsi="Verdana"/>
          <w:sz w:val="20"/>
          <w:szCs w:val="20"/>
        </w:rPr>
      </w:pPr>
    </w:p>
    <w:sectPr w:rsidR="00C262FB" w:rsidSect="00B63D45">
      <w:headerReference w:type="default" r:id="rId8"/>
      <w:pgSz w:w="12240" w:h="15840"/>
      <w:pgMar w:top="1152" w:right="1152" w:bottom="851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BDE9C" w14:textId="77777777" w:rsidR="004C2A5A" w:rsidRDefault="004C2A5A" w:rsidP="00871547">
      <w:pPr>
        <w:spacing w:after="0" w:line="240" w:lineRule="auto"/>
      </w:pPr>
      <w:r>
        <w:separator/>
      </w:r>
    </w:p>
  </w:endnote>
  <w:endnote w:type="continuationSeparator" w:id="0">
    <w:p w14:paraId="7D531BAE" w14:textId="77777777" w:rsidR="004C2A5A" w:rsidRDefault="004C2A5A" w:rsidP="00871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856A1" w14:textId="77777777" w:rsidR="004C2A5A" w:rsidRDefault="004C2A5A" w:rsidP="00871547">
      <w:pPr>
        <w:spacing w:after="0" w:line="240" w:lineRule="auto"/>
      </w:pPr>
      <w:r>
        <w:separator/>
      </w:r>
    </w:p>
  </w:footnote>
  <w:footnote w:type="continuationSeparator" w:id="0">
    <w:p w14:paraId="149825CF" w14:textId="77777777" w:rsidR="004C2A5A" w:rsidRDefault="004C2A5A" w:rsidP="00871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F0232" w14:textId="07644DAD" w:rsidR="00871547" w:rsidRDefault="00871547">
    <w:pPr>
      <w:pStyle w:val="Nagwek"/>
    </w:pPr>
    <w:r>
      <w:rPr>
        <w:noProof/>
        <w:lang w:val="pl-PL" w:eastAsia="pl-PL"/>
      </w:rPr>
      <w:drawing>
        <wp:inline distT="0" distB="0" distL="0" distR="0" wp14:anchorId="2E049355" wp14:editId="49118038">
          <wp:extent cx="2209800" cy="542158"/>
          <wp:effectExtent l="0" t="0" r="0" b="0"/>
          <wp:docPr id="4" name="Obraz 4" descr="C:\Users\Małgorzata Kaiper\Desktop\Świetlica\PROMOCJA\swietlica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Małgorzata Kaiper\Desktop\Świetlica\PROMOCJA\swietlicalogo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6151" cy="54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354E"/>
    <w:rsid w:val="00034616"/>
    <w:rsid w:val="0006063C"/>
    <w:rsid w:val="000609A5"/>
    <w:rsid w:val="00122D17"/>
    <w:rsid w:val="0015074B"/>
    <w:rsid w:val="0029639D"/>
    <w:rsid w:val="00326F90"/>
    <w:rsid w:val="003355A9"/>
    <w:rsid w:val="004C2A5A"/>
    <w:rsid w:val="006C4257"/>
    <w:rsid w:val="00717B4D"/>
    <w:rsid w:val="00851E81"/>
    <w:rsid w:val="00871547"/>
    <w:rsid w:val="008D7628"/>
    <w:rsid w:val="009744AF"/>
    <w:rsid w:val="00A4369F"/>
    <w:rsid w:val="00AA1D8D"/>
    <w:rsid w:val="00B47730"/>
    <w:rsid w:val="00B63D45"/>
    <w:rsid w:val="00C262FB"/>
    <w:rsid w:val="00CB0664"/>
    <w:rsid w:val="00CB2C32"/>
    <w:rsid w:val="00D05A44"/>
    <w:rsid w:val="00DD1137"/>
    <w:rsid w:val="00DE7CB9"/>
    <w:rsid w:val="00E3403C"/>
    <w:rsid w:val="00E73C11"/>
    <w:rsid w:val="00F06EBD"/>
    <w:rsid w:val="00F71A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A16E5"/>
  <w14:defaultImageDpi w14:val="300"/>
  <w15:docId w15:val="{83983585-ECA7-4146-856B-8C49FED7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35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9A9A1E-1722-4201-B4AC-F5C02B36B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1055</Words>
  <Characters>6331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Wioletta.SZ</cp:lastModifiedBy>
  <cp:revision>6</cp:revision>
  <cp:lastPrinted>2026-09-02T13:02:00Z</cp:lastPrinted>
  <dcterms:created xsi:type="dcterms:W3CDTF">2026-09-01T06:20:00Z</dcterms:created>
  <dcterms:modified xsi:type="dcterms:W3CDTF">2026-09-02T13:05:00Z</dcterms:modified>
  <cp:category/>
</cp:coreProperties>
</file>